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3968" w14:textId="35F12E18" w:rsidR="00F21BC5" w:rsidRDefault="007A0829">
      <w:pPr>
        <w:spacing w:after="60"/>
        <w:jc w:val="center"/>
        <w:rPr>
          <w:lang w:eastAsia="zh-TW"/>
        </w:rPr>
      </w:pPr>
      <w:r>
        <w:rPr>
          <w:noProof/>
          <w:color w:val="000000"/>
        </w:rPr>
        <w:drawing>
          <wp:anchor distT="0" distB="0" distL="114300" distR="114300" simplePos="0" relativeHeight="251658752" behindDoc="1" locked="0" layoutInCell="1" allowOverlap="1" wp14:anchorId="13CD82F5" wp14:editId="18281C9B">
            <wp:simplePos x="0" y="0"/>
            <wp:positionH relativeFrom="column">
              <wp:posOffset>-535030</wp:posOffset>
            </wp:positionH>
            <wp:positionV relativeFrom="paragraph">
              <wp:posOffset>-499166</wp:posOffset>
            </wp:positionV>
            <wp:extent cx="7560860" cy="10685578"/>
            <wp:effectExtent l="0" t="0" r="2540" b="1905"/>
            <wp:wrapNone/>
            <wp:docPr id="11929546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860" cy="1068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30"/>
          <w:u w:val="single"/>
          <w:lang w:eastAsia="zh-TW"/>
        </w:rPr>
        <w:t>創作天地：寫作指引</w:t>
      </w:r>
    </w:p>
    <w:p w14:paraId="6D4009B8" w14:textId="1F8E3FE7" w:rsidR="00F21BC5" w:rsidRDefault="00995CC6">
      <w:pPr>
        <w:spacing w:after="140"/>
        <w:jc w:val="center"/>
        <w:rPr>
          <w:lang w:eastAsia="zh-TW"/>
        </w:rPr>
      </w:pPr>
      <w:r>
        <w:rPr>
          <w:b/>
          <w:color w:val="7030A0"/>
          <w:sz w:val="32"/>
          <w:lang w:eastAsia="zh-TW"/>
        </w:rPr>
        <w:t>我們的合作小妙招</w:t>
      </w:r>
    </w:p>
    <w:p w14:paraId="4CC1C7DC" w14:textId="77777777" w:rsidR="00F21BC5" w:rsidRDefault="00995CC6" w:rsidP="00DC2DB3">
      <w:pPr>
        <w:spacing w:after="80"/>
        <w:ind w:left="142" w:right="197"/>
        <w:rPr>
          <w:lang w:eastAsia="zh-TW"/>
        </w:rPr>
      </w:pPr>
      <w:r>
        <w:rPr>
          <w:b/>
          <w:color w:val="000000"/>
          <w:sz w:val="22"/>
          <w:lang w:eastAsia="zh-TW"/>
        </w:rPr>
        <w:t>簡介︰</w:t>
      </w:r>
    </w:p>
    <w:p w14:paraId="411D320A" w14:textId="0F042BE1" w:rsidR="00F21BC5" w:rsidRDefault="00DC2DB3" w:rsidP="00DC2DB3">
      <w:pPr>
        <w:spacing w:after="80" w:line="283" w:lineRule="auto"/>
        <w:ind w:left="142" w:right="197"/>
        <w:rPr>
          <w:lang w:eastAsia="zh-TW"/>
        </w:rPr>
      </w:pPr>
      <w:r>
        <w:rPr>
          <w:rFonts w:hint="eastAsia"/>
          <w:color w:val="000000"/>
          <w:lang w:eastAsia="zh-TW"/>
        </w:rPr>
        <w:t xml:space="preserve">        </w:t>
      </w:r>
      <w:r w:rsidR="00995CC6">
        <w:rPr>
          <w:color w:val="000000"/>
          <w:lang w:eastAsia="zh-TW"/>
        </w:rPr>
        <w:t>有些事情，一個人很難完成，大家一起合作卻可以事半功倍。不過，每個人的想法和做事方法都不同，合作時難免會遇到問題。有人想當組長，有人不敢說出意見，也有人可能忘記完成自己的工作。</w:t>
      </w:r>
    </w:p>
    <w:p w14:paraId="181591C9" w14:textId="48DEAD25" w:rsidR="00F21BC5" w:rsidRDefault="00DC2DB3" w:rsidP="00DC2DB3">
      <w:pPr>
        <w:spacing w:after="80" w:line="283" w:lineRule="auto"/>
        <w:ind w:left="142" w:right="197"/>
        <w:rPr>
          <w:lang w:eastAsia="zh-TW"/>
        </w:rPr>
      </w:pPr>
      <w:r>
        <w:rPr>
          <w:rFonts w:hint="eastAsia"/>
          <w:color w:val="000000"/>
          <w:lang w:eastAsia="zh-TW"/>
        </w:rPr>
        <w:t xml:space="preserve">        </w:t>
      </w:r>
      <w:r w:rsidR="00995CC6">
        <w:rPr>
          <w:color w:val="000000"/>
          <w:lang w:eastAsia="zh-TW"/>
        </w:rPr>
        <w:t>你和伙伴合作時，有甚麼「小妙招」可以讓大家分工合作、互相幫助，順利完成任務？記述一次合作的經歷，或創作一個關於合作的故事，與大家分享你們的好方法吧！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F21BC5" w14:paraId="1BFA2BB2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E8691EE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文類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B991CFE" w14:textId="6005CF28" w:rsidR="00F21BC5" w:rsidRDefault="00995CC6" w:rsidP="00AB264B">
            <w:pPr>
              <w:pStyle w:val="a0"/>
              <w:spacing w:after="60" w:line="269" w:lineRule="auto"/>
              <w:rPr>
                <w:lang w:eastAsia="zh-TW"/>
              </w:rPr>
            </w:pPr>
            <w:proofErr w:type="spellStart"/>
            <w:r w:rsidRPr="00AB264B">
              <w:rPr>
                <w:color w:val="000000"/>
                <w:sz w:val="20"/>
              </w:rPr>
              <w:t>記</w:t>
            </w:r>
            <w:r w:rsidRPr="00AB264B">
              <w:rPr>
                <w:color w:val="000000"/>
                <w:sz w:val="20"/>
              </w:rPr>
              <w:t>敍文</w:t>
            </w:r>
            <w:proofErr w:type="spellEnd"/>
            <w:r w:rsidRPr="00AB264B">
              <w:rPr>
                <w:color w:val="000000"/>
                <w:sz w:val="20"/>
              </w:rPr>
              <w:t xml:space="preserve"> / </w:t>
            </w:r>
            <w:proofErr w:type="spellStart"/>
            <w:r w:rsidRPr="00AB264B">
              <w:rPr>
                <w:color w:val="000000"/>
                <w:sz w:val="20"/>
              </w:rPr>
              <w:t>故事</w:t>
            </w:r>
            <w:proofErr w:type="spellEnd"/>
            <w:r w:rsidRPr="00AB264B">
              <w:rPr>
                <w:color w:val="000000"/>
                <w:sz w:val="20"/>
              </w:rPr>
              <w:t xml:space="preserve"> / </w:t>
            </w:r>
            <w:proofErr w:type="spellStart"/>
            <w:r w:rsidRPr="00AB264B">
              <w:rPr>
                <w:color w:val="000000"/>
                <w:sz w:val="20"/>
              </w:rPr>
              <w:t>說明文</w:t>
            </w:r>
            <w:proofErr w:type="spellEnd"/>
          </w:p>
        </w:tc>
      </w:tr>
      <w:tr w:rsidR="00F21BC5" w14:paraId="43E0FEE8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76B02F6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關鍵詞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5D7328" w14:textId="77777777" w:rsidR="00F21BC5" w:rsidRDefault="00995CC6">
            <w:pPr>
              <w:pStyle w:val="a0"/>
              <w:spacing w:after="60" w:line="269" w:lineRule="auto"/>
              <w:rPr>
                <w:lang w:eastAsia="zh-TW"/>
              </w:rPr>
            </w:pPr>
            <w:r>
              <w:rPr>
                <w:color w:val="000000"/>
                <w:sz w:val="20"/>
                <w:lang w:eastAsia="zh-TW"/>
              </w:rPr>
              <w:t>合作：大家為了同一個目標一起努力，按需要分工和互相幫助。</w:t>
            </w:r>
          </w:p>
          <w:p w14:paraId="0F178C91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小妙招：簡單、實用而有效的好方法。</w:t>
            </w:r>
          </w:p>
          <w:p w14:paraId="157851A6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分工：按照各人的能力和任務需要，把工作分配給不同成員。</w:t>
            </w:r>
          </w:p>
        </w:tc>
      </w:tr>
      <w:tr w:rsidR="00F21BC5" w14:paraId="06C281FE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99FED90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內容構思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7697AA3" w14:textId="77777777" w:rsidR="00F21BC5" w:rsidRDefault="00995CC6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sz w:val="20"/>
                <w:lang w:eastAsia="zh-TW"/>
              </w:rPr>
              <w:t>如選擇記敍文，可以記述一次與別人合作的經歷：</w:t>
            </w:r>
          </w:p>
          <w:p w14:paraId="2492AA70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你們要完成甚麼任務？小組有哪些成員？</w:t>
            </w:r>
          </w:p>
          <w:p w14:paraId="29A161D5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大家最初怎樣分工？合作初期是否順利？</w:t>
            </w:r>
          </w:p>
          <w:p w14:paraId="2F32E55F" w14:textId="77777777" w:rsidR="00F21BC5" w:rsidRDefault="00995CC6">
            <w:pPr>
              <w:pStyle w:val="a0"/>
              <w:spacing w:after="40" w:line="269" w:lineRule="auto"/>
            </w:pPr>
            <w:proofErr w:type="spellStart"/>
            <w:r>
              <w:rPr>
                <w:color w:val="000000"/>
              </w:rPr>
              <w:t>你們遇到甚麼問題</w:t>
            </w:r>
            <w:proofErr w:type="spellEnd"/>
            <w:r>
              <w:rPr>
                <w:color w:val="000000"/>
              </w:rPr>
              <w:t>？</w:t>
            </w:r>
          </w:p>
          <w:p w14:paraId="4E9641CE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你們用了甚麼小妙招？使用後，合作有甚麼改變？</w:t>
            </w:r>
          </w:p>
          <w:p w14:paraId="756762EF" w14:textId="67037E1C" w:rsidR="00F21BC5" w:rsidRDefault="00995CC6">
            <w:pPr>
              <w:pStyle w:val="a0"/>
              <w:spacing w:after="40" w:line="269" w:lineRule="auto"/>
            </w:pPr>
            <w:proofErr w:type="spellStart"/>
            <w:r>
              <w:rPr>
                <w:color w:val="000000"/>
              </w:rPr>
              <w:t>任務最後完成得怎樣</w:t>
            </w:r>
            <w:proofErr w:type="spellEnd"/>
            <w:r>
              <w:rPr>
                <w:color w:val="000000"/>
              </w:rPr>
              <w:t>？</w:t>
            </w:r>
          </w:p>
          <w:p w14:paraId="1A4B68A2" w14:textId="77777777" w:rsidR="00F21BC5" w:rsidRDefault="00995CC6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如選擇故事，可以設計一項必須合作才能完成的任務：</w:t>
            </w:r>
          </w:p>
          <w:p w14:paraId="59F9C16D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故事中的角色各有甚麼長處？</w:t>
            </w:r>
          </w:p>
          <w:p w14:paraId="5D7E63BD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他們遇到甚麼困難或意見分歧？</w:t>
            </w:r>
          </w:p>
          <w:p w14:paraId="54C52E23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大家怎樣分工、互相聆聽和幫助？</w:t>
            </w:r>
          </w:p>
          <w:p w14:paraId="2B87E4CF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最後能否完成任務？他們學會了甚麼？</w:t>
            </w:r>
          </w:p>
          <w:p w14:paraId="1761A8DA" w14:textId="52F12ED0" w:rsidR="00F21BC5" w:rsidRDefault="00995CC6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如選擇說明文，可以介紹一至三個合作小</w:t>
            </w:r>
            <w:r w:rsidR="00A92A1B">
              <w:rPr>
                <w:rFonts w:hint="eastAsia"/>
                <w:b/>
                <w:color w:val="000000"/>
                <w:lang w:eastAsia="zh-TW"/>
              </w:rPr>
              <w:t>錦囊</w:t>
            </w:r>
            <w:r>
              <w:rPr>
                <w:b/>
                <w:color w:val="000000"/>
                <w:lang w:eastAsia="zh-TW"/>
              </w:rPr>
              <w:t>：</w:t>
            </w:r>
          </w:p>
          <w:p w14:paraId="189769E5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這個方法是甚麼？應該怎樣做？</w:t>
            </w:r>
          </w:p>
          <w:p w14:paraId="03C64099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它能解決甚麼合作問題？</w:t>
            </w:r>
          </w:p>
          <w:p w14:paraId="67A8EF38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你曾在甚麼情況下使用這個方法？</w:t>
            </w:r>
          </w:p>
          <w:p w14:paraId="56EE15AD" w14:textId="2FD77F5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使用這個小</w:t>
            </w:r>
            <w:r w:rsidR="004C5A20" w:rsidRPr="004C5A20">
              <w:rPr>
                <w:color w:val="000000"/>
                <w:lang w:eastAsia="zh-TW"/>
              </w:rPr>
              <w:t>錦囊</w:t>
            </w:r>
            <w:r>
              <w:rPr>
                <w:color w:val="000000"/>
                <w:lang w:eastAsia="zh-TW"/>
              </w:rPr>
              <w:t>時，要注意甚麼？</w:t>
            </w:r>
          </w:p>
        </w:tc>
      </w:tr>
      <w:tr w:rsidR="00F21BC5" w14:paraId="28F19EA6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F018F37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反思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9E015B0" w14:textId="77777777" w:rsidR="00F21BC5" w:rsidRDefault="00995CC6">
            <w:pPr>
              <w:pStyle w:val="a0"/>
              <w:spacing w:after="60" w:line="269" w:lineRule="auto"/>
              <w:rPr>
                <w:lang w:eastAsia="zh-TW"/>
              </w:rPr>
            </w:pPr>
            <w:r>
              <w:rPr>
                <w:color w:val="000000"/>
                <w:sz w:val="20"/>
                <w:lang w:eastAsia="zh-TW"/>
              </w:rPr>
              <w:t>合作是否只需要把工作分給不同的人？</w:t>
            </w:r>
          </w:p>
          <w:p w14:paraId="14ACB936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分工時，應該讓每個人做自己最擅長的事，還是讓大家嘗試新的工作？</w:t>
            </w:r>
          </w:p>
          <w:p w14:paraId="414A0FE7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如果有人的意見沒有被採用，大家可以怎樣處理？</w:t>
            </w:r>
          </w:p>
          <w:p w14:paraId="5150EF1A" w14:textId="77777777" w:rsidR="00F21BC5" w:rsidRDefault="00995CC6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一名好隊員需要具備甚麼特質？</w:t>
            </w:r>
          </w:p>
        </w:tc>
      </w:tr>
    </w:tbl>
    <w:p w14:paraId="4CF7FE18" w14:textId="00822FD4" w:rsidR="00F21BC5" w:rsidRDefault="006506EA" w:rsidP="007C33C8">
      <w:pPr>
        <w:spacing w:after="160"/>
        <w:ind w:firstLine="142"/>
      </w:pPr>
      <w:r>
        <w:rPr>
          <w:noProof/>
          <w:color w:val="000000"/>
        </w:rPr>
        <w:lastRenderedPageBreak/>
        <w:drawing>
          <wp:anchor distT="0" distB="0" distL="114300" distR="114300" simplePos="0" relativeHeight="251660800" behindDoc="1" locked="0" layoutInCell="1" allowOverlap="1" wp14:anchorId="25C0F6CC" wp14:editId="6669FD0B">
            <wp:simplePos x="0" y="0"/>
            <wp:positionH relativeFrom="column">
              <wp:posOffset>-533031</wp:posOffset>
            </wp:positionH>
            <wp:positionV relativeFrom="paragraph">
              <wp:posOffset>-496836</wp:posOffset>
            </wp:positionV>
            <wp:extent cx="7560860" cy="10685578"/>
            <wp:effectExtent l="0" t="0" r="2540" b="1905"/>
            <wp:wrapNone/>
            <wp:docPr id="204092115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860" cy="1068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b/>
          <w:color w:val="244062"/>
          <w:sz w:val="28"/>
        </w:rPr>
        <w:t>你的答案</w:t>
      </w:r>
      <w:proofErr w:type="spellEnd"/>
      <w:r>
        <w:rPr>
          <w:b/>
          <w:color w:val="244062"/>
          <w:sz w:val="28"/>
        </w:rPr>
        <w:t>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F21BC5" w14:paraId="7193A08C" w14:textId="77777777">
        <w:trPr>
          <w:cantSplit/>
          <w:trHeight w:val="850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0DBC49F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文類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A12E2CC" w14:textId="77777777" w:rsidR="00F21BC5" w:rsidRDefault="00F21BC5"/>
        </w:tc>
      </w:tr>
      <w:tr w:rsidR="00F21BC5" w14:paraId="2CD3C933" w14:textId="77777777">
        <w:trPr>
          <w:cantSplit/>
          <w:trHeight w:val="5783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782FF0A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內容構思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77EF6EE" w14:textId="77777777" w:rsidR="00F21BC5" w:rsidRDefault="00F21BC5"/>
        </w:tc>
      </w:tr>
      <w:tr w:rsidR="00F21BC5" w14:paraId="0FB6DB2E" w14:textId="77777777">
        <w:trPr>
          <w:cantSplit/>
          <w:trHeight w:val="4535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3DA80F8" w14:textId="77777777" w:rsidR="00F21BC5" w:rsidRDefault="00995CC6">
            <w:pPr>
              <w:jc w:val="center"/>
            </w:pPr>
            <w:proofErr w:type="spellStart"/>
            <w:r>
              <w:rPr>
                <w:b/>
                <w:color w:val="244062"/>
              </w:rPr>
              <w:t>反思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09282F7" w14:textId="77777777" w:rsidR="00F21BC5" w:rsidRDefault="00F21BC5"/>
        </w:tc>
      </w:tr>
    </w:tbl>
    <w:p w14:paraId="750335F2" w14:textId="77777777" w:rsidR="0019737A" w:rsidRDefault="0019737A"/>
    <w:sectPr w:rsidR="0019737A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40838" w14:textId="77777777" w:rsidR="00995CC6" w:rsidRDefault="00995CC6" w:rsidP="007A0829">
      <w:pPr>
        <w:spacing w:after="0" w:line="240" w:lineRule="auto"/>
      </w:pPr>
      <w:r>
        <w:separator/>
      </w:r>
    </w:p>
  </w:endnote>
  <w:endnote w:type="continuationSeparator" w:id="0">
    <w:p w14:paraId="050852B2" w14:textId="77777777" w:rsidR="00995CC6" w:rsidRDefault="00995CC6" w:rsidP="007A0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963DD" w14:textId="77777777" w:rsidR="00995CC6" w:rsidRDefault="00995CC6" w:rsidP="007A0829">
      <w:pPr>
        <w:spacing w:after="0" w:line="240" w:lineRule="auto"/>
      </w:pPr>
      <w:r>
        <w:separator/>
      </w:r>
    </w:p>
  </w:footnote>
  <w:footnote w:type="continuationSeparator" w:id="0">
    <w:p w14:paraId="6091DB16" w14:textId="77777777" w:rsidR="00995CC6" w:rsidRDefault="00995CC6" w:rsidP="007A0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4706241">
    <w:abstractNumId w:val="8"/>
  </w:num>
  <w:num w:numId="2" w16cid:durableId="765882537">
    <w:abstractNumId w:val="6"/>
  </w:num>
  <w:num w:numId="3" w16cid:durableId="977763038">
    <w:abstractNumId w:val="5"/>
  </w:num>
  <w:num w:numId="4" w16cid:durableId="1936593623">
    <w:abstractNumId w:val="4"/>
  </w:num>
  <w:num w:numId="5" w16cid:durableId="1117480423">
    <w:abstractNumId w:val="7"/>
  </w:num>
  <w:num w:numId="6" w16cid:durableId="32119722">
    <w:abstractNumId w:val="3"/>
  </w:num>
  <w:num w:numId="7" w16cid:durableId="1889341365">
    <w:abstractNumId w:val="2"/>
  </w:num>
  <w:num w:numId="8" w16cid:durableId="797799811">
    <w:abstractNumId w:val="1"/>
  </w:num>
  <w:num w:numId="9" w16cid:durableId="36610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37A"/>
    <w:rsid w:val="001D566F"/>
    <w:rsid w:val="0023219C"/>
    <w:rsid w:val="0029639D"/>
    <w:rsid w:val="00326F90"/>
    <w:rsid w:val="004C5A20"/>
    <w:rsid w:val="006506EA"/>
    <w:rsid w:val="007A0829"/>
    <w:rsid w:val="007C33C8"/>
    <w:rsid w:val="008745D2"/>
    <w:rsid w:val="00970CD8"/>
    <w:rsid w:val="009742F8"/>
    <w:rsid w:val="00995CC6"/>
    <w:rsid w:val="00A92A1B"/>
    <w:rsid w:val="00AA1D8D"/>
    <w:rsid w:val="00AB264B"/>
    <w:rsid w:val="00B47730"/>
    <w:rsid w:val="00B87076"/>
    <w:rsid w:val="00CB0664"/>
    <w:rsid w:val="00DC2DB3"/>
    <w:rsid w:val="00F21B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231B8D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11</cp:revision>
  <dcterms:created xsi:type="dcterms:W3CDTF">2026-09-25T01:48:00Z</dcterms:created>
  <dcterms:modified xsi:type="dcterms:W3CDTF">2026-09-29T02:10:00Z</dcterms:modified>
  <cp:category/>
</cp:coreProperties>
</file>