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28168E" w14:textId="5E2A828F" w:rsidR="00ED22EC" w:rsidRDefault="00967C01">
      <w:pPr>
        <w:spacing w:after="60"/>
        <w:jc w:val="center"/>
        <w:rPr>
          <w:lang w:eastAsia="zh-TW"/>
        </w:rPr>
      </w:pPr>
      <w:r>
        <w:rPr>
          <w:b/>
          <w:noProof/>
          <w:color w:val="244062"/>
          <w:sz w:val="30"/>
          <w:u w:val="single"/>
          <w:lang w:eastAsia="zh-TW"/>
        </w:rPr>
        <w:drawing>
          <wp:anchor distT="0" distB="0" distL="114300" distR="114300" simplePos="0" relativeHeight="251657216" behindDoc="1" locked="0" layoutInCell="1" allowOverlap="1" wp14:anchorId="78B95F93" wp14:editId="7451C4BB">
            <wp:simplePos x="0" y="0"/>
            <wp:positionH relativeFrom="column">
              <wp:posOffset>-682938</wp:posOffset>
            </wp:positionH>
            <wp:positionV relativeFrom="paragraph">
              <wp:posOffset>-1534795</wp:posOffset>
            </wp:positionV>
            <wp:extent cx="8252460" cy="11723370"/>
            <wp:effectExtent l="0" t="0" r="0" b="0"/>
            <wp:wrapNone/>
            <wp:docPr id="1831250200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alphaModFix amt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52460" cy="11723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color w:val="244062"/>
          <w:sz w:val="30"/>
          <w:u w:val="single"/>
          <w:lang w:eastAsia="zh-TW"/>
        </w:rPr>
        <w:t>創作天地：寫作指引</w:t>
      </w:r>
    </w:p>
    <w:p w14:paraId="61F5FC95" w14:textId="77777777" w:rsidR="00ED22EC" w:rsidRDefault="007538FF">
      <w:pPr>
        <w:spacing w:after="140"/>
        <w:jc w:val="center"/>
        <w:rPr>
          <w:lang w:eastAsia="zh-TW"/>
        </w:rPr>
      </w:pPr>
      <w:r>
        <w:rPr>
          <w:b/>
          <w:color w:val="7030A0"/>
          <w:sz w:val="32"/>
          <w:lang w:eastAsia="zh-TW"/>
        </w:rPr>
        <w:t>未來課室的第一天</w:t>
      </w:r>
    </w:p>
    <w:p w14:paraId="34E7C668" w14:textId="13C54DC7" w:rsidR="00ED22EC" w:rsidRDefault="00967C01" w:rsidP="00A52EC5">
      <w:pPr>
        <w:spacing w:after="80"/>
        <w:ind w:right="197" w:firstLine="142"/>
        <w:rPr>
          <w:lang w:eastAsia="zh-TW"/>
        </w:rPr>
      </w:pPr>
      <w:r>
        <w:rPr>
          <w:b/>
          <w:color w:val="000000"/>
          <w:sz w:val="22"/>
          <w:lang w:eastAsia="zh-TW"/>
        </w:rPr>
        <w:t>簡介︰</w:t>
      </w:r>
    </w:p>
    <w:p w14:paraId="3AB35B4C" w14:textId="4F249097" w:rsidR="00ED22EC" w:rsidRPr="00B713B4" w:rsidRDefault="00D37E2C" w:rsidP="00A52EC5">
      <w:pPr>
        <w:spacing w:after="80" w:line="283" w:lineRule="auto"/>
        <w:ind w:right="197" w:firstLine="142"/>
        <w:rPr>
          <w:color w:val="000000"/>
          <w:szCs w:val="21"/>
          <w:lang w:eastAsia="zh-TW"/>
        </w:rPr>
      </w:pPr>
      <w:r>
        <w:rPr>
          <w:rFonts w:hint="eastAsia"/>
          <w:color w:val="000000"/>
          <w:szCs w:val="21"/>
          <w:lang w:eastAsia="zh-TW"/>
        </w:rPr>
        <w:t xml:space="preserve">     </w:t>
      </w:r>
      <w:r w:rsidR="00967C01" w:rsidRPr="009E37BF">
        <w:rPr>
          <w:color w:val="000000"/>
          <w:szCs w:val="21"/>
          <w:lang w:eastAsia="zh-TW"/>
        </w:rPr>
        <w:t>未來的課室會是甚麼模樣？黑板會變成一扇通往不同地方的大門嗎？桌椅會按照課堂需要改變形狀嗎？學生會跟機械人一起上課，還是可以走進海底、太空或古代世界學習？</w:t>
      </w:r>
    </w:p>
    <w:p w14:paraId="0DC25272" w14:textId="3A135A17" w:rsidR="00ED22EC" w:rsidRPr="00B713B4" w:rsidRDefault="00D37E2C" w:rsidP="00A52EC5">
      <w:pPr>
        <w:spacing w:after="80" w:line="283" w:lineRule="auto"/>
        <w:ind w:right="197" w:firstLine="142"/>
        <w:rPr>
          <w:color w:val="000000"/>
          <w:szCs w:val="21"/>
          <w:lang w:eastAsia="zh-TW"/>
        </w:rPr>
      </w:pPr>
      <w:r>
        <w:rPr>
          <w:rFonts w:hint="eastAsia"/>
          <w:color w:val="000000"/>
          <w:szCs w:val="21"/>
          <w:lang w:eastAsia="zh-TW"/>
        </w:rPr>
        <w:t xml:space="preserve">     </w:t>
      </w:r>
      <w:r w:rsidR="00967C01" w:rsidRPr="009E37BF">
        <w:rPr>
          <w:color w:val="000000"/>
          <w:szCs w:val="21"/>
          <w:lang w:eastAsia="zh-TW"/>
        </w:rPr>
        <w:t>這是你在未來課室上課的第一天。課室裏有哪些新奇的設備？老師會怎樣教學？學生又會怎樣學習？發揮想像力，記述你在未來課室第一天的所見所聞，以及當天發生的難忘事情吧！</w:t>
      </w:r>
    </w:p>
    <w:tbl>
      <w:tblPr>
        <w:tblStyle w:val="aff2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701"/>
        <w:gridCol w:w="8334"/>
      </w:tblGrid>
      <w:tr w:rsidR="00ED22EC" w:rsidRPr="009E37BF" w14:paraId="5554A224" w14:textId="77777777">
        <w:trPr>
          <w:cantSplit/>
          <w:jc w:val="center"/>
        </w:trPr>
        <w:tc>
          <w:tcPr>
            <w:tcW w:w="1701" w:type="dxa"/>
            <w:shd w:val="clear" w:color="auto" w:fill="D9EAF7"/>
            <w:tcMar>
              <w:top w:w="110" w:type="dxa"/>
              <w:left w:w="140" w:type="dxa"/>
              <w:bottom w:w="110" w:type="dxa"/>
              <w:right w:w="140" w:type="dxa"/>
            </w:tcMar>
            <w:vAlign w:val="center"/>
          </w:tcPr>
          <w:p w14:paraId="72E19F1A" w14:textId="77777777" w:rsidR="00ED22EC" w:rsidRPr="009E37BF" w:rsidRDefault="007538FF">
            <w:pPr>
              <w:jc w:val="center"/>
              <w:rPr>
                <w:szCs w:val="21"/>
              </w:rPr>
            </w:pPr>
            <w:r w:rsidRPr="009E37BF">
              <w:rPr>
                <w:b/>
                <w:color w:val="244062"/>
                <w:szCs w:val="21"/>
              </w:rPr>
              <w:t>文類</w:t>
            </w:r>
          </w:p>
        </w:tc>
        <w:tc>
          <w:tcPr>
            <w:tcW w:w="8334" w:type="dxa"/>
            <w:tcMar>
              <w:top w:w="110" w:type="dxa"/>
              <w:left w:w="140" w:type="dxa"/>
              <w:bottom w:w="110" w:type="dxa"/>
              <w:right w:w="140" w:type="dxa"/>
            </w:tcMar>
            <w:vAlign w:val="center"/>
          </w:tcPr>
          <w:p w14:paraId="54A1916B" w14:textId="23527C3B" w:rsidR="00ED22EC" w:rsidRPr="00144D25" w:rsidRDefault="007538FF" w:rsidP="00144D25">
            <w:pPr>
              <w:pStyle w:val="a0"/>
              <w:spacing w:after="60" w:line="269" w:lineRule="auto"/>
              <w:rPr>
                <w:szCs w:val="21"/>
                <w:lang w:eastAsia="zh-TW"/>
              </w:rPr>
            </w:pPr>
            <w:r w:rsidRPr="00144D25">
              <w:rPr>
                <w:color w:val="000000"/>
                <w:szCs w:val="21"/>
              </w:rPr>
              <w:t>記敍文 / 故事 / 描寫文</w:t>
            </w:r>
          </w:p>
        </w:tc>
      </w:tr>
      <w:tr w:rsidR="00ED22EC" w:rsidRPr="009E37BF" w14:paraId="107ED110" w14:textId="77777777">
        <w:trPr>
          <w:cantSplit/>
          <w:jc w:val="center"/>
        </w:trPr>
        <w:tc>
          <w:tcPr>
            <w:tcW w:w="1701" w:type="dxa"/>
            <w:shd w:val="clear" w:color="auto" w:fill="D9EAF7"/>
            <w:tcMar>
              <w:top w:w="110" w:type="dxa"/>
              <w:left w:w="140" w:type="dxa"/>
              <w:bottom w:w="110" w:type="dxa"/>
              <w:right w:w="140" w:type="dxa"/>
            </w:tcMar>
            <w:vAlign w:val="center"/>
          </w:tcPr>
          <w:p w14:paraId="2ADD2AFA" w14:textId="77777777" w:rsidR="00ED22EC" w:rsidRPr="009E37BF" w:rsidRDefault="007538FF">
            <w:pPr>
              <w:jc w:val="center"/>
              <w:rPr>
                <w:szCs w:val="21"/>
              </w:rPr>
            </w:pPr>
            <w:r w:rsidRPr="009E37BF">
              <w:rPr>
                <w:b/>
                <w:color w:val="244062"/>
                <w:szCs w:val="21"/>
              </w:rPr>
              <w:t>關鍵詞</w:t>
            </w:r>
          </w:p>
        </w:tc>
        <w:tc>
          <w:tcPr>
            <w:tcW w:w="8334" w:type="dxa"/>
            <w:tcMar>
              <w:top w:w="110" w:type="dxa"/>
              <w:left w:w="140" w:type="dxa"/>
              <w:bottom w:w="110" w:type="dxa"/>
              <w:right w:w="140" w:type="dxa"/>
            </w:tcMar>
            <w:vAlign w:val="center"/>
          </w:tcPr>
          <w:p w14:paraId="01C681E1" w14:textId="77777777" w:rsidR="00ED22EC" w:rsidRPr="009E37BF" w:rsidRDefault="007538FF">
            <w:pPr>
              <w:pStyle w:val="a0"/>
              <w:spacing w:after="60" w:line="269" w:lineRule="auto"/>
              <w:rPr>
                <w:szCs w:val="21"/>
                <w:lang w:eastAsia="zh-TW"/>
              </w:rPr>
            </w:pPr>
            <w:r w:rsidRPr="009E37BF">
              <w:rPr>
                <w:color w:val="000000"/>
                <w:szCs w:val="21"/>
                <w:lang w:eastAsia="zh-TW"/>
              </w:rPr>
              <w:t>未來課室：你想像中未來的學習空間。它可以有新的設備、設計或學習方法。</w:t>
            </w:r>
          </w:p>
          <w:p w14:paraId="37714C09" w14:textId="77777777" w:rsidR="00ED22EC" w:rsidRPr="009E37BF" w:rsidRDefault="007538FF">
            <w:pPr>
              <w:pStyle w:val="a0"/>
              <w:spacing w:after="40" w:line="269" w:lineRule="auto"/>
              <w:rPr>
                <w:szCs w:val="21"/>
                <w:lang w:eastAsia="zh-TW"/>
              </w:rPr>
            </w:pPr>
            <w:r w:rsidRPr="009E37BF">
              <w:rPr>
                <w:color w:val="000000"/>
                <w:szCs w:val="21"/>
                <w:lang w:eastAsia="zh-TW"/>
              </w:rPr>
              <w:t>第一天：第一次進入這間課室上課，對周圍的事物仍感到新鮮和陌生。</w:t>
            </w:r>
          </w:p>
        </w:tc>
      </w:tr>
      <w:tr w:rsidR="00ED22EC" w:rsidRPr="009E37BF" w14:paraId="35D8BD56" w14:textId="77777777">
        <w:trPr>
          <w:cantSplit/>
          <w:jc w:val="center"/>
        </w:trPr>
        <w:tc>
          <w:tcPr>
            <w:tcW w:w="1701" w:type="dxa"/>
            <w:shd w:val="clear" w:color="auto" w:fill="D9EAF7"/>
            <w:tcMar>
              <w:top w:w="110" w:type="dxa"/>
              <w:left w:w="140" w:type="dxa"/>
              <w:bottom w:w="110" w:type="dxa"/>
              <w:right w:w="140" w:type="dxa"/>
            </w:tcMar>
            <w:vAlign w:val="center"/>
          </w:tcPr>
          <w:p w14:paraId="6C270A7B" w14:textId="77777777" w:rsidR="00ED22EC" w:rsidRPr="009E37BF" w:rsidRDefault="007538FF">
            <w:pPr>
              <w:jc w:val="center"/>
              <w:rPr>
                <w:szCs w:val="21"/>
              </w:rPr>
            </w:pPr>
            <w:r w:rsidRPr="009E37BF">
              <w:rPr>
                <w:b/>
                <w:color w:val="244062"/>
                <w:szCs w:val="21"/>
              </w:rPr>
              <w:t>內容構思</w:t>
            </w:r>
          </w:p>
        </w:tc>
        <w:tc>
          <w:tcPr>
            <w:tcW w:w="8334" w:type="dxa"/>
            <w:tcMar>
              <w:top w:w="110" w:type="dxa"/>
              <w:left w:w="140" w:type="dxa"/>
              <w:bottom w:w="110" w:type="dxa"/>
              <w:right w:w="140" w:type="dxa"/>
            </w:tcMar>
            <w:vAlign w:val="center"/>
          </w:tcPr>
          <w:p w14:paraId="30CA0F50" w14:textId="77777777" w:rsidR="00ED22EC" w:rsidRPr="009E37BF" w:rsidRDefault="007538FF">
            <w:pPr>
              <w:spacing w:after="60" w:line="269" w:lineRule="auto"/>
              <w:rPr>
                <w:szCs w:val="21"/>
                <w:lang w:eastAsia="zh-TW"/>
              </w:rPr>
            </w:pPr>
            <w:r w:rsidRPr="009E37BF">
              <w:rPr>
                <w:b/>
                <w:color w:val="000000"/>
                <w:szCs w:val="21"/>
                <w:lang w:eastAsia="zh-TW"/>
              </w:rPr>
              <w:t>先想像未來課室的模樣：</w:t>
            </w:r>
          </w:p>
          <w:p w14:paraId="52BA4900" w14:textId="77777777" w:rsidR="00ED22EC" w:rsidRPr="009E37BF" w:rsidRDefault="007538FF">
            <w:pPr>
              <w:pStyle w:val="a0"/>
              <w:spacing w:after="40" w:line="269" w:lineRule="auto"/>
              <w:rPr>
                <w:szCs w:val="21"/>
                <w:lang w:eastAsia="zh-TW"/>
              </w:rPr>
            </w:pPr>
            <w:r w:rsidRPr="009E37BF">
              <w:rPr>
                <w:color w:val="000000"/>
                <w:szCs w:val="21"/>
                <w:lang w:eastAsia="zh-TW"/>
              </w:rPr>
              <w:t>課室設在哪裏？學校、天空、海底、太空，還是虛擬世界？</w:t>
            </w:r>
          </w:p>
          <w:p w14:paraId="4F8F7624" w14:textId="77777777" w:rsidR="00ED22EC" w:rsidRPr="009E37BF" w:rsidRDefault="007538FF">
            <w:pPr>
              <w:pStyle w:val="a0"/>
              <w:spacing w:after="40" w:line="269" w:lineRule="auto"/>
              <w:rPr>
                <w:szCs w:val="21"/>
                <w:lang w:eastAsia="zh-TW"/>
              </w:rPr>
            </w:pPr>
            <w:r w:rsidRPr="009E37BF">
              <w:rPr>
                <w:color w:val="000000"/>
                <w:szCs w:val="21"/>
                <w:lang w:eastAsia="zh-TW"/>
              </w:rPr>
              <w:t>課室的門、牆壁、桌椅和黑板有甚麼特別？</w:t>
            </w:r>
          </w:p>
          <w:p w14:paraId="4DB4278E" w14:textId="77777777" w:rsidR="00ED22EC" w:rsidRPr="009E37BF" w:rsidRDefault="007538FF">
            <w:pPr>
              <w:pStyle w:val="a0"/>
              <w:spacing w:after="40" w:line="269" w:lineRule="auto"/>
              <w:rPr>
                <w:szCs w:val="21"/>
                <w:lang w:eastAsia="zh-TW"/>
              </w:rPr>
            </w:pPr>
            <w:r w:rsidRPr="009E37BF">
              <w:rPr>
                <w:color w:val="000000"/>
                <w:szCs w:val="21"/>
                <w:lang w:eastAsia="zh-TW"/>
              </w:rPr>
              <w:t>課室裏有哪些現在還未出現的設備？它們有甚麼功能？</w:t>
            </w:r>
          </w:p>
          <w:p w14:paraId="135E62AF" w14:textId="77777777" w:rsidR="00ED22EC" w:rsidRPr="009E37BF" w:rsidRDefault="007538FF">
            <w:pPr>
              <w:spacing w:after="60" w:line="269" w:lineRule="auto"/>
              <w:rPr>
                <w:szCs w:val="21"/>
                <w:lang w:eastAsia="zh-TW"/>
              </w:rPr>
            </w:pPr>
            <w:r w:rsidRPr="009E37BF">
              <w:rPr>
                <w:b/>
                <w:color w:val="000000"/>
                <w:szCs w:val="21"/>
                <w:lang w:eastAsia="zh-TW"/>
              </w:rPr>
              <w:t>如選擇記敍文或故事，可以按照事情發生的先後次序寫：</w:t>
            </w:r>
          </w:p>
          <w:p w14:paraId="26FC7CDD" w14:textId="77777777" w:rsidR="00ED22EC" w:rsidRPr="009E37BF" w:rsidRDefault="007538FF">
            <w:pPr>
              <w:pStyle w:val="a0"/>
              <w:spacing w:after="40" w:line="269" w:lineRule="auto"/>
              <w:rPr>
                <w:szCs w:val="21"/>
                <w:lang w:eastAsia="zh-TW"/>
              </w:rPr>
            </w:pPr>
            <w:r w:rsidRPr="009E37BF">
              <w:rPr>
                <w:color w:val="000000"/>
                <w:szCs w:val="21"/>
                <w:lang w:eastAsia="zh-TW"/>
              </w:rPr>
              <w:t>你怎樣來到未來課室？第一眼看見甚麼？</w:t>
            </w:r>
          </w:p>
          <w:p w14:paraId="3F4EE0FC" w14:textId="77777777" w:rsidR="00ED22EC" w:rsidRPr="009E37BF" w:rsidRDefault="007538FF">
            <w:pPr>
              <w:pStyle w:val="a0"/>
              <w:spacing w:after="40" w:line="269" w:lineRule="auto"/>
              <w:rPr>
                <w:szCs w:val="21"/>
                <w:lang w:eastAsia="zh-TW"/>
              </w:rPr>
            </w:pPr>
            <w:r w:rsidRPr="009E37BF">
              <w:rPr>
                <w:color w:val="000000"/>
                <w:szCs w:val="21"/>
                <w:lang w:eastAsia="zh-TW"/>
              </w:rPr>
              <w:t>第一天學習甚麼？老師用甚麼方法上課？</w:t>
            </w:r>
          </w:p>
          <w:p w14:paraId="5019EDF3" w14:textId="77777777" w:rsidR="00ED22EC" w:rsidRPr="009E37BF" w:rsidRDefault="007538FF">
            <w:pPr>
              <w:pStyle w:val="a0"/>
              <w:spacing w:after="40" w:line="269" w:lineRule="auto"/>
              <w:rPr>
                <w:szCs w:val="21"/>
                <w:lang w:eastAsia="zh-TW"/>
              </w:rPr>
            </w:pPr>
            <w:r w:rsidRPr="009E37BF">
              <w:rPr>
                <w:color w:val="000000"/>
                <w:szCs w:val="21"/>
                <w:lang w:eastAsia="zh-TW"/>
              </w:rPr>
              <w:t>你和同學需要完成甚麼任務？</w:t>
            </w:r>
          </w:p>
          <w:p w14:paraId="0DCA6B48" w14:textId="77777777" w:rsidR="00ED22EC" w:rsidRPr="009E37BF" w:rsidRDefault="007538FF">
            <w:pPr>
              <w:pStyle w:val="a0"/>
              <w:spacing w:after="40" w:line="269" w:lineRule="auto"/>
              <w:rPr>
                <w:szCs w:val="21"/>
                <w:lang w:eastAsia="zh-TW"/>
              </w:rPr>
            </w:pPr>
            <w:r w:rsidRPr="009E37BF">
              <w:rPr>
                <w:color w:val="000000"/>
                <w:szCs w:val="21"/>
                <w:lang w:eastAsia="zh-TW"/>
              </w:rPr>
              <w:t>課堂上有沒有發生意外？你們最後怎樣解決？</w:t>
            </w:r>
          </w:p>
          <w:p w14:paraId="29826121" w14:textId="77777777" w:rsidR="00ED22EC" w:rsidRPr="009E37BF" w:rsidRDefault="007538FF">
            <w:pPr>
              <w:pStyle w:val="a0"/>
              <w:spacing w:after="40" w:line="269" w:lineRule="auto"/>
              <w:rPr>
                <w:szCs w:val="21"/>
              </w:rPr>
            </w:pPr>
            <w:r w:rsidRPr="009E37BF">
              <w:rPr>
                <w:color w:val="000000"/>
                <w:szCs w:val="21"/>
              </w:rPr>
              <w:t>哪一件事令你最難忘？</w:t>
            </w:r>
          </w:p>
          <w:p w14:paraId="09D4FCC4" w14:textId="77777777" w:rsidR="00ED22EC" w:rsidRPr="009E37BF" w:rsidRDefault="007538FF">
            <w:pPr>
              <w:spacing w:after="60" w:line="269" w:lineRule="auto"/>
              <w:rPr>
                <w:szCs w:val="21"/>
                <w:lang w:eastAsia="zh-TW"/>
              </w:rPr>
            </w:pPr>
            <w:r w:rsidRPr="009E37BF">
              <w:rPr>
                <w:b/>
                <w:color w:val="000000"/>
                <w:szCs w:val="21"/>
                <w:lang w:eastAsia="zh-TW"/>
              </w:rPr>
              <w:t>如選擇描寫文，可以集中介紹未來課室：</w:t>
            </w:r>
          </w:p>
          <w:p w14:paraId="4AF1B382" w14:textId="77777777" w:rsidR="00ED22EC" w:rsidRPr="009E37BF" w:rsidRDefault="007538FF">
            <w:pPr>
              <w:pStyle w:val="a0"/>
              <w:spacing w:after="40" w:line="269" w:lineRule="auto"/>
              <w:rPr>
                <w:szCs w:val="21"/>
              </w:rPr>
            </w:pPr>
            <w:r w:rsidRPr="009E37BF">
              <w:rPr>
                <w:color w:val="000000"/>
                <w:szCs w:val="21"/>
              </w:rPr>
              <w:t>課室看起來像甚麼？</w:t>
            </w:r>
          </w:p>
          <w:p w14:paraId="358066EE" w14:textId="77777777" w:rsidR="00ED22EC" w:rsidRPr="009E37BF" w:rsidRDefault="007538FF">
            <w:pPr>
              <w:pStyle w:val="a0"/>
              <w:spacing w:after="40" w:line="269" w:lineRule="auto"/>
              <w:rPr>
                <w:szCs w:val="21"/>
                <w:lang w:eastAsia="zh-TW"/>
              </w:rPr>
            </w:pPr>
            <w:r w:rsidRPr="009E37BF">
              <w:rPr>
                <w:color w:val="000000"/>
                <w:szCs w:val="21"/>
                <w:lang w:eastAsia="zh-TW"/>
              </w:rPr>
              <w:t>不同設備的外形和功能是怎樣的？</w:t>
            </w:r>
          </w:p>
          <w:p w14:paraId="19F99719" w14:textId="77777777" w:rsidR="00ED22EC" w:rsidRPr="009E37BF" w:rsidRDefault="007538FF">
            <w:pPr>
              <w:pStyle w:val="a0"/>
              <w:spacing w:after="40" w:line="269" w:lineRule="auto"/>
              <w:rPr>
                <w:szCs w:val="21"/>
                <w:lang w:eastAsia="zh-TW"/>
              </w:rPr>
            </w:pPr>
            <w:r w:rsidRPr="009E37BF">
              <w:rPr>
                <w:color w:val="000000"/>
                <w:szCs w:val="21"/>
                <w:lang w:eastAsia="zh-TW"/>
              </w:rPr>
              <w:t>這個課室與現在的課室有甚麼不同？</w:t>
            </w:r>
          </w:p>
          <w:p w14:paraId="17265D5F" w14:textId="77777777" w:rsidR="00ED22EC" w:rsidRPr="009E37BF" w:rsidRDefault="007538FF">
            <w:pPr>
              <w:pStyle w:val="a0"/>
              <w:spacing w:after="40" w:line="269" w:lineRule="auto"/>
              <w:rPr>
                <w:szCs w:val="21"/>
                <w:lang w:eastAsia="zh-TW"/>
              </w:rPr>
            </w:pPr>
            <w:r w:rsidRPr="009E37BF">
              <w:rPr>
                <w:color w:val="000000"/>
                <w:szCs w:val="21"/>
                <w:lang w:eastAsia="zh-TW"/>
              </w:rPr>
              <w:t>哪些設計能真正幫助學生學習？</w:t>
            </w:r>
          </w:p>
        </w:tc>
      </w:tr>
      <w:tr w:rsidR="00ED22EC" w:rsidRPr="009E37BF" w14:paraId="1E6F31EA" w14:textId="77777777">
        <w:trPr>
          <w:cantSplit/>
          <w:jc w:val="center"/>
        </w:trPr>
        <w:tc>
          <w:tcPr>
            <w:tcW w:w="1701" w:type="dxa"/>
            <w:shd w:val="clear" w:color="auto" w:fill="D9EAF7"/>
            <w:tcMar>
              <w:top w:w="110" w:type="dxa"/>
              <w:left w:w="140" w:type="dxa"/>
              <w:bottom w:w="110" w:type="dxa"/>
              <w:right w:w="140" w:type="dxa"/>
            </w:tcMar>
            <w:vAlign w:val="center"/>
          </w:tcPr>
          <w:p w14:paraId="56E44C14" w14:textId="77777777" w:rsidR="00ED22EC" w:rsidRPr="009E37BF" w:rsidRDefault="007538FF">
            <w:pPr>
              <w:jc w:val="center"/>
              <w:rPr>
                <w:szCs w:val="21"/>
              </w:rPr>
            </w:pPr>
            <w:r w:rsidRPr="009E37BF">
              <w:rPr>
                <w:b/>
                <w:color w:val="244062"/>
                <w:szCs w:val="21"/>
              </w:rPr>
              <w:t>反思</w:t>
            </w:r>
          </w:p>
        </w:tc>
        <w:tc>
          <w:tcPr>
            <w:tcW w:w="8334" w:type="dxa"/>
            <w:tcMar>
              <w:top w:w="110" w:type="dxa"/>
              <w:left w:w="140" w:type="dxa"/>
              <w:bottom w:w="110" w:type="dxa"/>
              <w:right w:w="140" w:type="dxa"/>
            </w:tcMar>
            <w:vAlign w:val="center"/>
          </w:tcPr>
          <w:p w14:paraId="0F47922E" w14:textId="32F46639" w:rsidR="00ED22EC" w:rsidRPr="009E37BF" w:rsidRDefault="007538FF">
            <w:pPr>
              <w:pStyle w:val="a0"/>
              <w:spacing w:after="60" w:line="269" w:lineRule="auto"/>
              <w:rPr>
                <w:szCs w:val="21"/>
                <w:lang w:eastAsia="zh-TW"/>
              </w:rPr>
            </w:pPr>
            <w:r w:rsidRPr="009E37BF">
              <w:rPr>
                <w:color w:val="000000"/>
                <w:szCs w:val="21"/>
                <w:lang w:eastAsia="zh-TW"/>
              </w:rPr>
              <w:t>有了先進的設備，學生是否</w:t>
            </w:r>
            <w:r w:rsidR="002F1395">
              <w:rPr>
                <w:rFonts w:hint="eastAsia"/>
                <w:color w:val="000000"/>
                <w:szCs w:val="21"/>
                <w:lang w:eastAsia="zh-TW"/>
              </w:rPr>
              <w:t>能達到更好的學習效果</w:t>
            </w:r>
            <w:r w:rsidRPr="009E37BF">
              <w:rPr>
                <w:color w:val="000000"/>
                <w:szCs w:val="21"/>
                <w:lang w:eastAsia="zh-TW"/>
              </w:rPr>
              <w:t>？</w:t>
            </w:r>
          </w:p>
          <w:p w14:paraId="47BFAC4D" w14:textId="77777777" w:rsidR="00ED22EC" w:rsidRPr="009E37BF" w:rsidRDefault="007538FF">
            <w:pPr>
              <w:pStyle w:val="a0"/>
              <w:spacing w:after="40" w:line="269" w:lineRule="auto"/>
              <w:rPr>
                <w:szCs w:val="21"/>
                <w:lang w:eastAsia="zh-TW"/>
              </w:rPr>
            </w:pPr>
            <w:r w:rsidRPr="009E37BF">
              <w:rPr>
                <w:color w:val="000000"/>
                <w:szCs w:val="21"/>
                <w:lang w:eastAsia="zh-TW"/>
              </w:rPr>
              <w:t>未來課室除了方便和有趣，還需要具備甚麼條件？</w:t>
            </w:r>
          </w:p>
          <w:p w14:paraId="1F41EBA7" w14:textId="77777777" w:rsidR="00ED22EC" w:rsidRPr="009E37BF" w:rsidRDefault="007538FF">
            <w:pPr>
              <w:pStyle w:val="a0"/>
              <w:spacing w:after="40" w:line="269" w:lineRule="auto"/>
              <w:rPr>
                <w:szCs w:val="21"/>
                <w:lang w:eastAsia="zh-TW"/>
              </w:rPr>
            </w:pPr>
            <w:r w:rsidRPr="009E37BF">
              <w:rPr>
                <w:color w:val="000000"/>
                <w:szCs w:val="21"/>
                <w:lang w:eastAsia="zh-TW"/>
              </w:rPr>
              <w:t>哪些事情可以交給科技處理？哪些事情仍然需要老師和同學一起完成？</w:t>
            </w:r>
          </w:p>
          <w:p w14:paraId="3EFA2BCD" w14:textId="77777777" w:rsidR="00ED22EC" w:rsidRPr="009E37BF" w:rsidRDefault="007538FF">
            <w:pPr>
              <w:pStyle w:val="a0"/>
              <w:spacing w:after="40" w:line="269" w:lineRule="auto"/>
              <w:rPr>
                <w:szCs w:val="21"/>
                <w:lang w:eastAsia="zh-TW"/>
              </w:rPr>
            </w:pPr>
            <w:r w:rsidRPr="009E37BF">
              <w:rPr>
                <w:color w:val="000000"/>
                <w:szCs w:val="21"/>
                <w:lang w:eastAsia="zh-TW"/>
              </w:rPr>
              <w:t>你最希望未來課室保留現在課室的甚麼特色？</w:t>
            </w:r>
          </w:p>
        </w:tc>
      </w:tr>
    </w:tbl>
    <w:p w14:paraId="3CF97BF6" w14:textId="77777777" w:rsidR="00ED22EC" w:rsidRDefault="007538FF">
      <w:pPr>
        <w:rPr>
          <w:lang w:eastAsia="zh-TW"/>
        </w:rPr>
      </w:pPr>
      <w:r>
        <w:rPr>
          <w:lang w:eastAsia="zh-TW"/>
        </w:rPr>
        <w:br w:type="page"/>
      </w:r>
    </w:p>
    <w:p w14:paraId="42DA333E" w14:textId="24E9CF64" w:rsidR="00BA5D8C" w:rsidRDefault="00BA5D8C">
      <w:pPr>
        <w:spacing w:after="160"/>
        <w:rPr>
          <w:b/>
          <w:color w:val="244062"/>
          <w:sz w:val="28"/>
          <w:lang w:eastAsia="zh-TW"/>
        </w:rPr>
      </w:pPr>
      <w:r>
        <w:rPr>
          <w:b/>
          <w:noProof/>
          <w:color w:val="244062"/>
          <w:sz w:val="30"/>
          <w:u w:val="single"/>
          <w:lang w:eastAsia="zh-TW"/>
        </w:rPr>
        <w:lastRenderedPageBreak/>
        <w:drawing>
          <wp:anchor distT="0" distB="0" distL="114300" distR="114300" simplePos="0" relativeHeight="251662336" behindDoc="1" locked="0" layoutInCell="1" allowOverlap="1" wp14:anchorId="71EC6C69" wp14:editId="288CFB83">
            <wp:simplePos x="0" y="0"/>
            <wp:positionH relativeFrom="column">
              <wp:posOffset>-755015</wp:posOffset>
            </wp:positionH>
            <wp:positionV relativeFrom="paragraph">
              <wp:posOffset>-1534747</wp:posOffset>
            </wp:positionV>
            <wp:extent cx="8252460" cy="11723370"/>
            <wp:effectExtent l="0" t="0" r="0" b="0"/>
            <wp:wrapNone/>
            <wp:docPr id="1218038143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alphaModFix amt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52460" cy="11723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C406E6C" w14:textId="77777777" w:rsidR="00BA5D8C" w:rsidRDefault="00BA5D8C">
      <w:pPr>
        <w:spacing w:after="160"/>
        <w:rPr>
          <w:b/>
          <w:color w:val="244062"/>
          <w:sz w:val="28"/>
          <w:lang w:eastAsia="zh-TW"/>
        </w:rPr>
      </w:pPr>
    </w:p>
    <w:p w14:paraId="24D8CDB4" w14:textId="77777777" w:rsidR="00BA6EAC" w:rsidRDefault="00BA6EAC">
      <w:pPr>
        <w:spacing w:after="160"/>
        <w:rPr>
          <w:b/>
          <w:color w:val="244062"/>
          <w:sz w:val="28"/>
          <w:lang w:eastAsia="zh-TW"/>
        </w:rPr>
      </w:pPr>
    </w:p>
    <w:p w14:paraId="4A157352" w14:textId="1F4E95E2" w:rsidR="00ED22EC" w:rsidRDefault="00BA5D8C">
      <w:pPr>
        <w:spacing w:after="160"/>
      </w:pPr>
      <w:r>
        <w:rPr>
          <w:b/>
          <w:color w:val="244062"/>
          <w:sz w:val="28"/>
        </w:rPr>
        <w:t>你的答案︰</w:t>
      </w:r>
    </w:p>
    <w:tbl>
      <w:tblPr>
        <w:tblStyle w:val="aff2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701"/>
        <w:gridCol w:w="8334"/>
      </w:tblGrid>
      <w:tr w:rsidR="00ED22EC" w14:paraId="7B4B761E" w14:textId="77777777">
        <w:trPr>
          <w:cantSplit/>
          <w:trHeight w:val="850"/>
          <w:jc w:val="center"/>
        </w:trPr>
        <w:tc>
          <w:tcPr>
            <w:tcW w:w="1701" w:type="dxa"/>
            <w:shd w:val="clear" w:color="auto" w:fill="D9EAF7"/>
            <w:tcMar>
              <w:top w:w="110" w:type="dxa"/>
              <w:left w:w="140" w:type="dxa"/>
              <w:bottom w:w="110" w:type="dxa"/>
              <w:right w:w="140" w:type="dxa"/>
            </w:tcMar>
            <w:vAlign w:val="center"/>
          </w:tcPr>
          <w:p w14:paraId="33F5DA4B" w14:textId="77777777" w:rsidR="00ED22EC" w:rsidRDefault="007538FF">
            <w:pPr>
              <w:jc w:val="center"/>
            </w:pPr>
            <w:r>
              <w:rPr>
                <w:b/>
                <w:color w:val="244062"/>
              </w:rPr>
              <w:t>文類</w:t>
            </w:r>
          </w:p>
        </w:tc>
        <w:tc>
          <w:tcPr>
            <w:tcW w:w="8334" w:type="dxa"/>
            <w:tcMar>
              <w:top w:w="110" w:type="dxa"/>
              <w:left w:w="140" w:type="dxa"/>
              <w:bottom w:w="110" w:type="dxa"/>
              <w:right w:w="140" w:type="dxa"/>
            </w:tcMar>
            <w:vAlign w:val="center"/>
          </w:tcPr>
          <w:p w14:paraId="79C4505A" w14:textId="77777777" w:rsidR="00ED22EC" w:rsidRDefault="00ED22EC"/>
        </w:tc>
      </w:tr>
      <w:tr w:rsidR="00ED22EC" w14:paraId="31F6B837" w14:textId="77777777">
        <w:trPr>
          <w:cantSplit/>
          <w:trHeight w:val="5783"/>
          <w:jc w:val="center"/>
        </w:trPr>
        <w:tc>
          <w:tcPr>
            <w:tcW w:w="1701" w:type="dxa"/>
            <w:shd w:val="clear" w:color="auto" w:fill="D9EAF7"/>
            <w:tcMar>
              <w:top w:w="110" w:type="dxa"/>
              <w:left w:w="140" w:type="dxa"/>
              <w:bottom w:w="110" w:type="dxa"/>
              <w:right w:w="140" w:type="dxa"/>
            </w:tcMar>
            <w:vAlign w:val="center"/>
          </w:tcPr>
          <w:p w14:paraId="18FF4C9F" w14:textId="77777777" w:rsidR="00ED22EC" w:rsidRDefault="007538FF">
            <w:pPr>
              <w:jc w:val="center"/>
            </w:pPr>
            <w:r>
              <w:rPr>
                <w:b/>
                <w:color w:val="244062"/>
              </w:rPr>
              <w:t>內容構思</w:t>
            </w:r>
          </w:p>
        </w:tc>
        <w:tc>
          <w:tcPr>
            <w:tcW w:w="8334" w:type="dxa"/>
            <w:tcMar>
              <w:top w:w="110" w:type="dxa"/>
              <w:left w:w="140" w:type="dxa"/>
              <w:bottom w:w="110" w:type="dxa"/>
              <w:right w:w="140" w:type="dxa"/>
            </w:tcMar>
            <w:vAlign w:val="center"/>
          </w:tcPr>
          <w:p w14:paraId="152B1CA6" w14:textId="77777777" w:rsidR="00ED22EC" w:rsidRDefault="00ED22EC"/>
        </w:tc>
      </w:tr>
      <w:tr w:rsidR="00ED22EC" w14:paraId="3A8F9607" w14:textId="77777777">
        <w:trPr>
          <w:cantSplit/>
          <w:trHeight w:val="4535"/>
          <w:jc w:val="center"/>
        </w:trPr>
        <w:tc>
          <w:tcPr>
            <w:tcW w:w="1701" w:type="dxa"/>
            <w:shd w:val="clear" w:color="auto" w:fill="D9EAF7"/>
            <w:tcMar>
              <w:top w:w="110" w:type="dxa"/>
              <w:left w:w="140" w:type="dxa"/>
              <w:bottom w:w="110" w:type="dxa"/>
              <w:right w:w="140" w:type="dxa"/>
            </w:tcMar>
            <w:vAlign w:val="center"/>
          </w:tcPr>
          <w:p w14:paraId="6105DA63" w14:textId="18B4D366" w:rsidR="00ED22EC" w:rsidRDefault="007538FF">
            <w:pPr>
              <w:jc w:val="center"/>
            </w:pPr>
            <w:r>
              <w:rPr>
                <w:b/>
                <w:color w:val="244062"/>
              </w:rPr>
              <w:t>反思</w:t>
            </w:r>
          </w:p>
        </w:tc>
        <w:tc>
          <w:tcPr>
            <w:tcW w:w="8334" w:type="dxa"/>
            <w:tcMar>
              <w:top w:w="110" w:type="dxa"/>
              <w:left w:w="140" w:type="dxa"/>
              <w:bottom w:w="110" w:type="dxa"/>
              <w:right w:w="140" w:type="dxa"/>
            </w:tcMar>
            <w:vAlign w:val="center"/>
          </w:tcPr>
          <w:p w14:paraId="389801F3" w14:textId="641F6EC8" w:rsidR="00ED22EC" w:rsidRDefault="00ED22EC"/>
        </w:tc>
      </w:tr>
    </w:tbl>
    <w:p w14:paraId="317B60B6" w14:textId="77777777" w:rsidR="00596E62" w:rsidRDefault="00596E62"/>
    <w:sectPr w:rsidR="00596E62" w:rsidSect="00034616">
      <w:pgSz w:w="11906" w:h="16838"/>
      <w:pgMar w:top="765" w:right="822" w:bottom="765" w:left="82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252AE2" w14:textId="77777777" w:rsidR="004651CA" w:rsidRDefault="004651CA" w:rsidP="00967C01">
      <w:pPr>
        <w:spacing w:after="0" w:line="240" w:lineRule="auto"/>
      </w:pPr>
      <w:r>
        <w:separator/>
      </w:r>
    </w:p>
  </w:endnote>
  <w:endnote w:type="continuationSeparator" w:id="0">
    <w:p w14:paraId="6826FCD5" w14:textId="77777777" w:rsidR="004651CA" w:rsidRDefault="004651CA" w:rsidP="00967C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icrosoft JhengHei">
    <w:altName w:val="微軟正黑體"/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06BC9A" w14:textId="77777777" w:rsidR="004651CA" w:rsidRDefault="004651CA" w:rsidP="00967C01">
      <w:pPr>
        <w:spacing w:after="0" w:line="240" w:lineRule="auto"/>
      </w:pPr>
      <w:r>
        <w:separator/>
      </w:r>
    </w:p>
  </w:footnote>
  <w:footnote w:type="continuationSeparator" w:id="0">
    <w:p w14:paraId="2BA20912" w14:textId="77777777" w:rsidR="004651CA" w:rsidRDefault="004651CA" w:rsidP="00967C0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54766F6A"/>
    <w:multiLevelType w:val="hybridMultilevel"/>
    <w:tmpl w:val="2248677C"/>
    <w:lvl w:ilvl="0" w:tplc="3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C3D3DB5"/>
    <w:multiLevelType w:val="hybridMultilevel"/>
    <w:tmpl w:val="1B8C381C"/>
    <w:lvl w:ilvl="0" w:tplc="3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3471450">
    <w:abstractNumId w:val="8"/>
  </w:num>
  <w:num w:numId="2" w16cid:durableId="65419130">
    <w:abstractNumId w:val="6"/>
  </w:num>
  <w:num w:numId="3" w16cid:durableId="230434905">
    <w:abstractNumId w:val="5"/>
  </w:num>
  <w:num w:numId="4" w16cid:durableId="1205824817">
    <w:abstractNumId w:val="4"/>
  </w:num>
  <w:num w:numId="5" w16cid:durableId="1951743224">
    <w:abstractNumId w:val="7"/>
  </w:num>
  <w:num w:numId="6" w16cid:durableId="1011221501">
    <w:abstractNumId w:val="3"/>
  </w:num>
  <w:num w:numId="7" w16cid:durableId="490218036">
    <w:abstractNumId w:val="2"/>
  </w:num>
  <w:num w:numId="8" w16cid:durableId="70129216">
    <w:abstractNumId w:val="1"/>
  </w:num>
  <w:num w:numId="9" w16cid:durableId="764570576">
    <w:abstractNumId w:val="0"/>
  </w:num>
  <w:num w:numId="10" w16cid:durableId="1946379273">
    <w:abstractNumId w:val="10"/>
  </w:num>
  <w:num w:numId="11" w16cid:durableId="30069734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7080F"/>
    <w:rsid w:val="00083681"/>
    <w:rsid w:val="00144D25"/>
    <w:rsid w:val="0015074B"/>
    <w:rsid w:val="002611D1"/>
    <w:rsid w:val="002932D6"/>
    <w:rsid w:val="0029639D"/>
    <w:rsid w:val="002F1395"/>
    <w:rsid w:val="00326F90"/>
    <w:rsid w:val="00401CC0"/>
    <w:rsid w:val="004651CA"/>
    <w:rsid w:val="00486804"/>
    <w:rsid w:val="00596E62"/>
    <w:rsid w:val="005D6C85"/>
    <w:rsid w:val="00713EDD"/>
    <w:rsid w:val="007538FF"/>
    <w:rsid w:val="00862235"/>
    <w:rsid w:val="009270D4"/>
    <w:rsid w:val="00967C01"/>
    <w:rsid w:val="009E37BF"/>
    <w:rsid w:val="009E438A"/>
    <w:rsid w:val="00A52EC5"/>
    <w:rsid w:val="00AA1D8D"/>
    <w:rsid w:val="00B47730"/>
    <w:rsid w:val="00B713B4"/>
    <w:rsid w:val="00B87076"/>
    <w:rsid w:val="00BA5D8C"/>
    <w:rsid w:val="00BA6EAC"/>
    <w:rsid w:val="00C22361"/>
    <w:rsid w:val="00CB0664"/>
    <w:rsid w:val="00D37E2C"/>
    <w:rsid w:val="00D76E91"/>
    <w:rsid w:val="00D83278"/>
    <w:rsid w:val="00E74319"/>
    <w:rsid w:val="00E77E8A"/>
    <w:rsid w:val="00ED22EC"/>
    <w:rsid w:val="00EF4EEB"/>
    <w:rsid w:val="00F2798C"/>
    <w:rsid w:val="00F545E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0A71823"/>
  <w14:defaultImageDpi w14:val="300"/>
  <w15:docId w15:val="{DC7B5568-EF67-424A-B823-FCC0EB2857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Microsoft JhengHei" w:eastAsia="Microsoft JhengHei" w:hAnsi="Microsoft JhengHei"/>
      <w:sz w:val="21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頁首 字元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頁尾 字元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標題 1 字元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標題 2 字元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標題 3 字元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標題 字元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標題 字元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字元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字元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字元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巨集文字 字元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文 字元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標題 4 字元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標題 5 字元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標題 6 字元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標題 7 字元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標題 8 字元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標題 9 字元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鮮明引文 字元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103</Words>
  <Characters>591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693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Wan</dc:creator>
  <cp:keywords/>
  <dc:description>generated by python-docx</dc:description>
  <cp:lastModifiedBy>Sarah Wan</cp:lastModifiedBy>
  <cp:revision>20</cp:revision>
  <dcterms:created xsi:type="dcterms:W3CDTF">2026-09-25T01:48:00Z</dcterms:created>
  <dcterms:modified xsi:type="dcterms:W3CDTF">2026-09-29T02:02:00Z</dcterms:modified>
  <cp:category/>
</cp:coreProperties>
</file>