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81F18" w14:textId="7106CD10" w:rsidR="00D8286A" w:rsidRDefault="004D1F10">
      <w:pPr>
        <w:spacing w:after="60"/>
        <w:jc w:val="center"/>
        <w:rPr>
          <w:lang w:eastAsia="zh-TW"/>
        </w:rPr>
      </w:pPr>
      <w:r>
        <w:rPr>
          <w:b/>
          <w:noProof/>
          <w:color w:val="000000"/>
          <w:sz w:val="22"/>
          <w:lang w:eastAsia="zh-TW"/>
        </w:rPr>
        <w:drawing>
          <wp:anchor distT="0" distB="0" distL="114300" distR="114300" simplePos="0" relativeHeight="251657216" behindDoc="1" locked="0" layoutInCell="1" allowOverlap="1" wp14:anchorId="537D38B6" wp14:editId="4A3171EA">
            <wp:simplePos x="0" y="0"/>
            <wp:positionH relativeFrom="column">
              <wp:posOffset>-766730</wp:posOffset>
            </wp:positionH>
            <wp:positionV relativeFrom="paragraph">
              <wp:posOffset>-826818</wp:posOffset>
            </wp:positionV>
            <wp:extent cx="8038531" cy="11374849"/>
            <wp:effectExtent l="0" t="0" r="635" b="0"/>
            <wp:wrapNone/>
            <wp:docPr id="1097000455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8531" cy="11374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color w:val="244062"/>
          <w:sz w:val="30"/>
          <w:u w:val="single"/>
          <w:lang w:eastAsia="zh-TW"/>
        </w:rPr>
        <w:t>創作天地：寫作指引</w:t>
      </w:r>
    </w:p>
    <w:p w14:paraId="58DDA932" w14:textId="77777777" w:rsidR="00D8286A" w:rsidRDefault="00D64677">
      <w:pPr>
        <w:spacing w:after="140"/>
        <w:jc w:val="center"/>
        <w:rPr>
          <w:lang w:eastAsia="zh-TW"/>
        </w:rPr>
      </w:pPr>
      <w:r>
        <w:rPr>
          <w:b/>
          <w:color w:val="7030A0"/>
          <w:sz w:val="32"/>
          <w:lang w:eastAsia="zh-TW"/>
        </w:rPr>
        <w:t>我為自己頒了一個獎</w:t>
      </w:r>
    </w:p>
    <w:p w14:paraId="4AB0B5F6" w14:textId="3E5E7F57" w:rsidR="00D8286A" w:rsidRDefault="004D1F10" w:rsidP="00D038A1">
      <w:pPr>
        <w:spacing w:after="80"/>
        <w:ind w:right="197" w:firstLine="142"/>
        <w:rPr>
          <w:lang w:eastAsia="zh-TW"/>
        </w:rPr>
      </w:pPr>
      <w:r>
        <w:rPr>
          <w:b/>
          <w:color w:val="000000"/>
          <w:sz w:val="22"/>
          <w:lang w:eastAsia="zh-TW"/>
        </w:rPr>
        <w:t>簡介︰</w:t>
      </w:r>
    </w:p>
    <w:p w14:paraId="226CC534" w14:textId="3DA98CB2" w:rsidR="004D1F10" w:rsidRDefault="00D038A1" w:rsidP="00D92AA2">
      <w:pPr>
        <w:spacing w:after="80" w:line="283" w:lineRule="auto"/>
        <w:ind w:left="142" w:right="197" w:firstLine="142"/>
        <w:rPr>
          <w:color w:val="000000"/>
          <w:lang w:eastAsia="zh-TW"/>
        </w:rPr>
      </w:pPr>
      <w:r>
        <w:rPr>
          <w:rFonts w:hint="eastAsia"/>
          <w:color w:val="000000"/>
          <w:lang w:eastAsia="zh-TW"/>
        </w:rPr>
        <w:t xml:space="preserve">     </w:t>
      </w:r>
      <w:r w:rsidR="00D64677">
        <w:rPr>
          <w:color w:val="000000"/>
          <w:lang w:eastAsia="zh-TW"/>
        </w:rPr>
        <w:t>參加比賽得到好成績，可以獲得獎項；在學習或活動中表現出色，也可能得到老師的嘉許。其實，有些進</w:t>
      </w:r>
      <w:r w:rsidR="00D64677">
        <w:rPr>
          <w:color w:val="000000"/>
          <w:lang w:eastAsia="zh-TW"/>
        </w:rPr>
        <w:t>步和付出未必會被別人看見，但同樣值得欣賞。你曾經努力學會一件事、勇敢面對困難、主動幫助別人，</w:t>
      </w:r>
    </w:p>
    <w:p w14:paraId="78416D30" w14:textId="4C7A166C" w:rsidR="00D8286A" w:rsidRDefault="00D64677" w:rsidP="00D038A1">
      <w:pPr>
        <w:spacing w:after="80" w:line="283" w:lineRule="auto"/>
        <w:ind w:right="197" w:firstLine="142"/>
        <w:rPr>
          <w:lang w:eastAsia="zh-TW"/>
        </w:rPr>
      </w:pPr>
      <w:r>
        <w:rPr>
          <w:color w:val="000000"/>
          <w:lang w:eastAsia="zh-TW"/>
        </w:rPr>
        <w:t>或改掉一個壞習慣嗎？</w:t>
      </w:r>
    </w:p>
    <w:p w14:paraId="5DF99F54" w14:textId="00484983" w:rsidR="004D1F10" w:rsidRDefault="007D1033" w:rsidP="00D038A1">
      <w:pPr>
        <w:spacing w:after="80" w:line="283" w:lineRule="auto"/>
        <w:ind w:right="197" w:firstLine="142"/>
        <w:rPr>
          <w:color w:val="000000"/>
          <w:lang w:eastAsia="zh-TW"/>
        </w:rPr>
      </w:pPr>
      <w:r>
        <w:rPr>
          <w:rFonts w:hint="eastAsia"/>
          <w:color w:val="000000"/>
          <w:lang w:eastAsia="zh-TW"/>
        </w:rPr>
        <w:t xml:space="preserve">    </w:t>
      </w:r>
      <w:r w:rsidR="00B143D1">
        <w:rPr>
          <w:rFonts w:hint="eastAsia"/>
          <w:color w:val="000000"/>
          <w:lang w:eastAsia="zh-TW"/>
        </w:rPr>
        <w:t xml:space="preserve">  </w:t>
      </w:r>
      <w:r>
        <w:rPr>
          <w:rFonts w:hint="eastAsia"/>
          <w:color w:val="000000"/>
          <w:lang w:eastAsia="zh-TW"/>
        </w:rPr>
        <w:t xml:space="preserve"> </w:t>
      </w:r>
      <w:r w:rsidR="00B143D1">
        <w:rPr>
          <w:rFonts w:hint="eastAsia"/>
          <w:color w:val="000000"/>
          <w:lang w:eastAsia="zh-TW"/>
        </w:rPr>
        <w:t xml:space="preserve"> </w:t>
      </w:r>
      <w:r w:rsidR="00D64677">
        <w:rPr>
          <w:color w:val="000000"/>
          <w:lang w:eastAsia="zh-TW"/>
        </w:rPr>
        <w:t>現在，請你當自己的評判，為自己頒發一個特別的獎。這可以是「永不放棄獎」、「勇敢嘗試獎」</w:t>
      </w:r>
      <w:r w:rsidR="00D64677">
        <w:rPr>
          <w:color w:val="000000"/>
          <w:lang w:eastAsia="zh-TW"/>
        </w:rPr>
        <w:t>「最</w:t>
      </w:r>
    </w:p>
    <w:p w14:paraId="0106CDF1" w14:textId="02BB13F7" w:rsidR="00D8286A" w:rsidRDefault="00D64677" w:rsidP="00D038A1">
      <w:pPr>
        <w:spacing w:after="80" w:line="283" w:lineRule="auto"/>
        <w:ind w:right="197" w:firstLine="142"/>
        <w:rPr>
          <w:lang w:eastAsia="zh-TW"/>
        </w:rPr>
      </w:pPr>
      <w:r>
        <w:rPr>
          <w:color w:val="000000"/>
          <w:lang w:eastAsia="zh-TW"/>
        </w:rPr>
        <w:t>佳小幫手獎」，也可以是你自創的獎項。這個獎為甚麼屬於你？獎項背後又藏着一個怎樣的故事？</w:t>
      </w:r>
    </w:p>
    <w:tbl>
      <w:tblPr>
        <w:tblStyle w:val="aff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8334"/>
      </w:tblGrid>
      <w:tr w:rsidR="00D8286A" w14:paraId="5E2F8F27" w14:textId="77777777">
        <w:trPr>
          <w:cantSplit/>
          <w:jc w:val="center"/>
        </w:trPr>
        <w:tc>
          <w:tcPr>
            <w:tcW w:w="1701" w:type="dxa"/>
            <w:shd w:val="clear" w:color="auto" w:fill="D9EAF7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7D1741A2" w14:textId="77777777" w:rsidR="00D8286A" w:rsidRDefault="00D64677">
            <w:pPr>
              <w:jc w:val="center"/>
            </w:pPr>
            <w:proofErr w:type="spellStart"/>
            <w:r>
              <w:rPr>
                <w:b/>
                <w:color w:val="244062"/>
              </w:rPr>
              <w:t>文類</w:t>
            </w:r>
            <w:proofErr w:type="spellEnd"/>
          </w:p>
        </w:tc>
        <w:tc>
          <w:tcPr>
            <w:tcW w:w="8334" w:type="dx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003DCEB4" w14:textId="4E5FB204" w:rsidR="00D8286A" w:rsidRDefault="00D64677" w:rsidP="00336092">
            <w:pPr>
              <w:pStyle w:val="a0"/>
              <w:spacing w:after="60" w:line="269" w:lineRule="auto"/>
              <w:rPr>
                <w:lang w:eastAsia="zh-TW"/>
              </w:rPr>
            </w:pPr>
            <w:proofErr w:type="spellStart"/>
            <w:r w:rsidRPr="00336092">
              <w:rPr>
                <w:color w:val="000000"/>
                <w:sz w:val="20"/>
              </w:rPr>
              <w:t>記敍文</w:t>
            </w:r>
            <w:proofErr w:type="spellEnd"/>
            <w:r w:rsidRPr="00336092">
              <w:rPr>
                <w:color w:val="000000"/>
                <w:sz w:val="20"/>
              </w:rPr>
              <w:t xml:space="preserve"> / </w:t>
            </w:r>
            <w:proofErr w:type="spellStart"/>
            <w:r w:rsidRPr="00336092">
              <w:rPr>
                <w:color w:val="000000"/>
                <w:sz w:val="20"/>
              </w:rPr>
              <w:t>故事</w:t>
            </w:r>
            <w:proofErr w:type="spellEnd"/>
          </w:p>
        </w:tc>
      </w:tr>
      <w:tr w:rsidR="00D8286A" w14:paraId="315EDB77" w14:textId="77777777">
        <w:trPr>
          <w:cantSplit/>
          <w:jc w:val="center"/>
        </w:trPr>
        <w:tc>
          <w:tcPr>
            <w:tcW w:w="1701" w:type="dxa"/>
            <w:shd w:val="clear" w:color="auto" w:fill="D9EAF7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6193BB1C" w14:textId="77777777" w:rsidR="00D8286A" w:rsidRDefault="00D64677">
            <w:pPr>
              <w:jc w:val="center"/>
            </w:pPr>
            <w:r>
              <w:rPr>
                <w:b/>
                <w:color w:val="244062"/>
              </w:rPr>
              <w:t>關鍵詞</w:t>
            </w:r>
          </w:p>
        </w:tc>
        <w:tc>
          <w:tcPr>
            <w:tcW w:w="8334" w:type="dx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7B7E17A1" w14:textId="77777777" w:rsidR="00D8286A" w:rsidRDefault="00D64677">
            <w:pPr>
              <w:pStyle w:val="a0"/>
              <w:spacing w:after="60" w:line="269" w:lineRule="auto"/>
              <w:rPr>
                <w:lang w:eastAsia="zh-TW"/>
              </w:rPr>
            </w:pPr>
            <w:r>
              <w:rPr>
                <w:color w:val="000000"/>
                <w:sz w:val="20"/>
                <w:lang w:eastAsia="zh-TW"/>
              </w:rPr>
              <w:t>頒獎：把獎項送給表現出色或值得嘉許的人。</w:t>
            </w:r>
          </w:p>
          <w:p w14:paraId="2F5D825C" w14:textId="77777777" w:rsidR="00D8286A" w:rsidRDefault="00D64677">
            <w:pPr>
              <w:pStyle w:val="a0"/>
              <w:spacing w:after="40" w:line="269" w:lineRule="auto"/>
              <w:rPr>
                <w:lang w:eastAsia="zh-TW"/>
              </w:rPr>
            </w:pPr>
            <w:r>
              <w:rPr>
                <w:color w:val="000000"/>
                <w:lang w:eastAsia="zh-TW"/>
              </w:rPr>
              <w:t>欣賞自己：留意自己的優點、努力和進步，明白自己也有值得肯定的地方。</w:t>
            </w:r>
          </w:p>
        </w:tc>
      </w:tr>
      <w:tr w:rsidR="00D8286A" w14:paraId="3EF20C60" w14:textId="77777777">
        <w:trPr>
          <w:cantSplit/>
          <w:jc w:val="center"/>
        </w:trPr>
        <w:tc>
          <w:tcPr>
            <w:tcW w:w="1701" w:type="dxa"/>
            <w:shd w:val="clear" w:color="auto" w:fill="D9EAF7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1F16281E" w14:textId="77777777" w:rsidR="00D8286A" w:rsidRDefault="00D64677">
            <w:pPr>
              <w:jc w:val="center"/>
            </w:pPr>
            <w:proofErr w:type="spellStart"/>
            <w:r>
              <w:rPr>
                <w:b/>
                <w:color w:val="244062"/>
              </w:rPr>
              <w:t>內容構思</w:t>
            </w:r>
            <w:proofErr w:type="spellEnd"/>
          </w:p>
        </w:tc>
        <w:tc>
          <w:tcPr>
            <w:tcW w:w="8334" w:type="dx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300DD01B" w14:textId="77777777" w:rsidR="00D8286A" w:rsidRDefault="00D64677">
            <w:pPr>
              <w:spacing w:after="60" w:line="269" w:lineRule="auto"/>
              <w:rPr>
                <w:lang w:eastAsia="zh-TW"/>
              </w:rPr>
            </w:pPr>
            <w:r>
              <w:rPr>
                <w:b/>
                <w:color w:val="000000"/>
                <w:sz w:val="20"/>
                <w:lang w:eastAsia="zh-TW"/>
              </w:rPr>
              <w:t>先想一想你要為自己頒發甚麼獎：</w:t>
            </w:r>
          </w:p>
          <w:p w14:paraId="1CF5610B" w14:textId="77777777" w:rsidR="00D8286A" w:rsidRDefault="00D64677">
            <w:pPr>
              <w:pStyle w:val="a0"/>
              <w:spacing w:after="40" w:line="269" w:lineRule="auto"/>
            </w:pPr>
            <w:proofErr w:type="spellStart"/>
            <w:r>
              <w:rPr>
                <w:color w:val="000000"/>
              </w:rPr>
              <w:t>這個獎叫甚麼名字</w:t>
            </w:r>
            <w:proofErr w:type="spellEnd"/>
            <w:r>
              <w:rPr>
                <w:color w:val="000000"/>
              </w:rPr>
              <w:t>？</w:t>
            </w:r>
          </w:p>
          <w:p w14:paraId="0C98B68B" w14:textId="77777777" w:rsidR="00D8286A" w:rsidRDefault="00D64677">
            <w:pPr>
              <w:pStyle w:val="a0"/>
              <w:spacing w:after="40" w:line="269" w:lineRule="auto"/>
              <w:rPr>
                <w:lang w:eastAsia="zh-TW"/>
              </w:rPr>
            </w:pPr>
            <w:r>
              <w:rPr>
                <w:color w:val="000000"/>
                <w:lang w:eastAsia="zh-TW"/>
              </w:rPr>
              <w:t>它獎勵你哪一種表現、進步或優點？</w:t>
            </w:r>
          </w:p>
          <w:p w14:paraId="599FBA47" w14:textId="77777777" w:rsidR="00D8286A" w:rsidRDefault="00D64677">
            <w:pPr>
              <w:pStyle w:val="a0"/>
              <w:spacing w:after="40" w:line="269" w:lineRule="auto"/>
              <w:rPr>
                <w:lang w:eastAsia="zh-TW"/>
              </w:rPr>
            </w:pPr>
            <w:r>
              <w:rPr>
                <w:color w:val="000000"/>
                <w:lang w:eastAsia="zh-TW"/>
              </w:rPr>
              <w:t>為甚麼你值得得到這個獎？</w:t>
            </w:r>
          </w:p>
          <w:p w14:paraId="5FBA1014" w14:textId="77777777" w:rsidR="00D8286A" w:rsidRDefault="00D64677">
            <w:pPr>
              <w:spacing w:after="60" w:line="269" w:lineRule="auto"/>
              <w:rPr>
                <w:lang w:eastAsia="zh-TW"/>
              </w:rPr>
            </w:pPr>
            <w:r>
              <w:rPr>
                <w:b/>
                <w:color w:val="000000"/>
                <w:lang w:eastAsia="zh-TW"/>
              </w:rPr>
              <w:t>如選擇記敍文，可以記述一件令自己值得獲獎的事情：</w:t>
            </w:r>
          </w:p>
          <w:p w14:paraId="0007CAC0" w14:textId="77777777" w:rsidR="00D8286A" w:rsidRDefault="00D64677">
            <w:pPr>
              <w:pStyle w:val="a0"/>
              <w:spacing w:after="40" w:line="269" w:lineRule="auto"/>
              <w:rPr>
                <w:lang w:eastAsia="zh-TW"/>
              </w:rPr>
            </w:pPr>
            <w:r>
              <w:rPr>
                <w:color w:val="000000"/>
                <w:lang w:eastAsia="zh-TW"/>
              </w:rPr>
              <w:t>事情在何時、何地發生？當時有誰在場？</w:t>
            </w:r>
          </w:p>
          <w:p w14:paraId="45F9E86A" w14:textId="77777777" w:rsidR="00D8286A" w:rsidRDefault="00D64677">
            <w:pPr>
              <w:pStyle w:val="a0"/>
              <w:spacing w:after="40" w:line="269" w:lineRule="auto"/>
              <w:rPr>
                <w:lang w:eastAsia="zh-TW"/>
              </w:rPr>
            </w:pPr>
            <w:r>
              <w:rPr>
                <w:color w:val="000000"/>
                <w:lang w:eastAsia="zh-TW"/>
              </w:rPr>
              <w:t>你想完成甚麼事情？過程中遇到甚麼困難？</w:t>
            </w:r>
          </w:p>
          <w:p w14:paraId="1F55FAFC" w14:textId="77777777" w:rsidR="00D8286A" w:rsidRDefault="00D64677">
            <w:pPr>
              <w:pStyle w:val="a0"/>
              <w:spacing w:after="40" w:line="269" w:lineRule="auto"/>
              <w:rPr>
                <w:lang w:eastAsia="zh-TW"/>
              </w:rPr>
            </w:pPr>
            <w:r>
              <w:rPr>
                <w:color w:val="000000"/>
                <w:lang w:eastAsia="zh-TW"/>
              </w:rPr>
              <w:t>你有沒有想過放棄？最後怎樣繼續下去？</w:t>
            </w:r>
          </w:p>
          <w:p w14:paraId="408A59CF" w14:textId="77777777" w:rsidR="00D8286A" w:rsidRDefault="00D64677">
            <w:pPr>
              <w:pStyle w:val="a0"/>
              <w:spacing w:after="40" w:line="269" w:lineRule="auto"/>
              <w:rPr>
                <w:lang w:eastAsia="zh-TW"/>
              </w:rPr>
            </w:pPr>
            <w:r>
              <w:rPr>
                <w:color w:val="000000"/>
                <w:lang w:eastAsia="zh-TW"/>
              </w:rPr>
              <w:t>事情的結果怎樣？這次經歷讓你發現自己有甚麼優點或進步？</w:t>
            </w:r>
          </w:p>
          <w:p w14:paraId="16A41FE3" w14:textId="77777777" w:rsidR="00D8286A" w:rsidRDefault="00D64677">
            <w:pPr>
              <w:spacing w:after="60" w:line="269" w:lineRule="auto"/>
              <w:rPr>
                <w:lang w:eastAsia="zh-TW"/>
              </w:rPr>
            </w:pPr>
            <w:r>
              <w:rPr>
                <w:b/>
                <w:color w:val="000000"/>
                <w:lang w:eastAsia="zh-TW"/>
              </w:rPr>
              <w:t>如選擇故事，可以想像一場特別的頒獎典禮：</w:t>
            </w:r>
          </w:p>
          <w:p w14:paraId="3167F818" w14:textId="77777777" w:rsidR="00D8286A" w:rsidRDefault="00D64677">
            <w:pPr>
              <w:pStyle w:val="a0"/>
              <w:spacing w:after="40" w:line="269" w:lineRule="auto"/>
              <w:rPr>
                <w:lang w:eastAsia="zh-TW"/>
              </w:rPr>
            </w:pPr>
            <w:r>
              <w:rPr>
                <w:color w:val="000000"/>
                <w:lang w:eastAsia="zh-TW"/>
              </w:rPr>
              <w:t>頒獎典禮在哪裏舉行？誰負責頒獎？</w:t>
            </w:r>
          </w:p>
          <w:p w14:paraId="7CA58622" w14:textId="77777777" w:rsidR="00D8286A" w:rsidRDefault="00D64677">
            <w:pPr>
              <w:pStyle w:val="a0"/>
              <w:spacing w:after="40" w:line="269" w:lineRule="auto"/>
              <w:rPr>
                <w:lang w:eastAsia="zh-TW"/>
              </w:rPr>
            </w:pPr>
            <w:r>
              <w:rPr>
                <w:color w:val="000000"/>
                <w:lang w:eastAsia="zh-TW"/>
              </w:rPr>
              <w:t>主持人會怎樣介紹你和你的獎項？</w:t>
            </w:r>
          </w:p>
          <w:p w14:paraId="7517C940" w14:textId="77777777" w:rsidR="00D8286A" w:rsidRDefault="00D64677">
            <w:pPr>
              <w:pStyle w:val="a0"/>
              <w:spacing w:after="40" w:line="269" w:lineRule="auto"/>
              <w:rPr>
                <w:lang w:eastAsia="zh-TW"/>
              </w:rPr>
            </w:pPr>
            <w:r>
              <w:rPr>
                <w:color w:val="000000"/>
                <w:lang w:eastAsia="zh-TW"/>
              </w:rPr>
              <w:t>你接過獎項後，最想說甚麼？</w:t>
            </w:r>
          </w:p>
          <w:p w14:paraId="2C9082AE" w14:textId="77777777" w:rsidR="00D8286A" w:rsidRDefault="00D64677">
            <w:pPr>
              <w:pStyle w:val="a0"/>
              <w:spacing w:after="40" w:line="269" w:lineRule="auto"/>
              <w:rPr>
                <w:lang w:eastAsia="zh-TW"/>
              </w:rPr>
            </w:pPr>
            <w:r>
              <w:rPr>
                <w:color w:val="000000"/>
                <w:lang w:eastAsia="zh-TW"/>
              </w:rPr>
              <w:t>頒獎典禮上有沒有發生意想不到的事情？</w:t>
            </w:r>
          </w:p>
        </w:tc>
      </w:tr>
      <w:tr w:rsidR="00D8286A" w14:paraId="0E1C1167" w14:textId="77777777">
        <w:trPr>
          <w:cantSplit/>
          <w:jc w:val="center"/>
        </w:trPr>
        <w:tc>
          <w:tcPr>
            <w:tcW w:w="1701" w:type="dxa"/>
            <w:shd w:val="clear" w:color="auto" w:fill="D9EAF7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66D19D6F" w14:textId="77777777" w:rsidR="00D8286A" w:rsidRDefault="00D64677">
            <w:pPr>
              <w:jc w:val="center"/>
            </w:pPr>
            <w:proofErr w:type="spellStart"/>
            <w:r>
              <w:rPr>
                <w:b/>
                <w:color w:val="244062"/>
              </w:rPr>
              <w:t>反思</w:t>
            </w:r>
            <w:proofErr w:type="spellEnd"/>
          </w:p>
        </w:tc>
        <w:tc>
          <w:tcPr>
            <w:tcW w:w="8334" w:type="dx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12918E02" w14:textId="77777777" w:rsidR="00D8286A" w:rsidRDefault="00D64677">
            <w:pPr>
              <w:pStyle w:val="a0"/>
              <w:spacing w:after="60" w:line="269" w:lineRule="auto"/>
              <w:rPr>
                <w:lang w:eastAsia="zh-TW"/>
              </w:rPr>
            </w:pPr>
            <w:r>
              <w:rPr>
                <w:color w:val="000000"/>
                <w:sz w:val="20"/>
                <w:lang w:eastAsia="zh-TW"/>
              </w:rPr>
              <w:t>我們是否只有取得第一名，才值得獲得肯定？</w:t>
            </w:r>
          </w:p>
          <w:p w14:paraId="75019EAB" w14:textId="77777777" w:rsidR="00D8286A" w:rsidRDefault="00D64677">
            <w:pPr>
              <w:pStyle w:val="a0"/>
              <w:spacing w:after="40" w:line="269" w:lineRule="auto"/>
              <w:rPr>
                <w:lang w:eastAsia="zh-TW"/>
              </w:rPr>
            </w:pPr>
            <w:r>
              <w:rPr>
                <w:color w:val="000000"/>
                <w:lang w:eastAsia="zh-TW"/>
              </w:rPr>
              <w:t>比起最後的結果，努力的過程是否同樣重要？</w:t>
            </w:r>
          </w:p>
          <w:p w14:paraId="5A30EBF3" w14:textId="77777777" w:rsidR="00D8286A" w:rsidRDefault="00D64677">
            <w:pPr>
              <w:pStyle w:val="a0"/>
              <w:spacing w:after="40" w:line="269" w:lineRule="auto"/>
              <w:rPr>
                <w:lang w:eastAsia="zh-TW"/>
              </w:rPr>
            </w:pPr>
            <w:r>
              <w:rPr>
                <w:color w:val="000000"/>
                <w:lang w:eastAsia="zh-TW"/>
              </w:rPr>
              <w:t>欣賞自己的優點，與驕傲自大有甚麼分別？</w:t>
            </w:r>
          </w:p>
          <w:p w14:paraId="21D89D6D" w14:textId="77777777" w:rsidR="00D8286A" w:rsidRDefault="00D64677">
            <w:pPr>
              <w:pStyle w:val="a0"/>
              <w:spacing w:after="40" w:line="269" w:lineRule="auto"/>
              <w:rPr>
                <w:lang w:eastAsia="zh-TW"/>
              </w:rPr>
            </w:pPr>
            <w:r>
              <w:rPr>
                <w:color w:val="000000"/>
                <w:lang w:eastAsia="zh-TW"/>
              </w:rPr>
              <w:t>除了自己，你還想為誰頒發一個獎？為甚麼？</w:t>
            </w:r>
          </w:p>
        </w:tc>
      </w:tr>
    </w:tbl>
    <w:p w14:paraId="48BD22E3" w14:textId="77777777" w:rsidR="00D8286A" w:rsidRDefault="00D64677">
      <w:pPr>
        <w:rPr>
          <w:lang w:eastAsia="zh-TW"/>
        </w:rPr>
      </w:pPr>
      <w:r>
        <w:rPr>
          <w:lang w:eastAsia="zh-TW"/>
        </w:rPr>
        <w:br w:type="page"/>
      </w:r>
    </w:p>
    <w:p w14:paraId="1AF04A70" w14:textId="6A0B2FC4" w:rsidR="00D8286A" w:rsidRDefault="004D1F10">
      <w:pPr>
        <w:spacing w:after="160"/>
      </w:pPr>
      <w:r>
        <w:rPr>
          <w:b/>
          <w:noProof/>
          <w:color w:val="000000"/>
          <w:sz w:val="22"/>
          <w:lang w:eastAsia="zh-TW"/>
        </w:rPr>
        <w:lastRenderedPageBreak/>
        <w:drawing>
          <wp:anchor distT="0" distB="0" distL="114300" distR="114300" simplePos="0" relativeHeight="251660288" behindDoc="1" locked="0" layoutInCell="1" allowOverlap="1" wp14:anchorId="07111A69" wp14:editId="67DEF557">
            <wp:simplePos x="0" y="0"/>
            <wp:positionH relativeFrom="column">
              <wp:posOffset>-682919</wp:posOffset>
            </wp:positionH>
            <wp:positionV relativeFrom="paragraph">
              <wp:posOffset>-824495</wp:posOffset>
            </wp:positionV>
            <wp:extent cx="8038531" cy="11374849"/>
            <wp:effectExtent l="0" t="0" r="635" b="0"/>
            <wp:wrapNone/>
            <wp:docPr id="179172870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8531" cy="11374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7C40">
        <w:rPr>
          <w:rFonts w:hint="eastAsia"/>
          <w:b/>
          <w:color w:val="244062"/>
          <w:sz w:val="28"/>
          <w:lang w:eastAsia="zh-TW"/>
        </w:rPr>
        <w:t xml:space="preserve"> </w:t>
      </w:r>
      <w:proofErr w:type="spellStart"/>
      <w:r>
        <w:rPr>
          <w:b/>
          <w:color w:val="244062"/>
          <w:sz w:val="28"/>
        </w:rPr>
        <w:t>你的答案</w:t>
      </w:r>
      <w:proofErr w:type="spellEnd"/>
      <w:r>
        <w:rPr>
          <w:b/>
          <w:color w:val="244062"/>
          <w:sz w:val="28"/>
        </w:rPr>
        <w:t>︰</w:t>
      </w:r>
    </w:p>
    <w:tbl>
      <w:tblPr>
        <w:tblStyle w:val="aff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8334"/>
      </w:tblGrid>
      <w:tr w:rsidR="00D8286A" w14:paraId="37491632" w14:textId="77777777">
        <w:trPr>
          <w:cantSplit/>
          <w:trHeight w:val="850"/>
          <w:jc w:val="center"/>
        </w:trPr>
        <w:tc>
          <w:tcPr>
            <w:tcW w:w="1701" w:type="dxa"/>
            <w:shd w:val="clear" w:color="auto" w:fill="D9EAF7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0F647AB7" w14:textId="77777777" w:rsidR="00D8286A" w:rsidRDefault="00D64677">
            <w:pPr>
              <w:jc w:val="center"/>
            </w:pPr>
            <w:r>
              <w:rPr>
                <w:b/>
                <w:color w:val="244062"/>
              </w:rPr>
              <w:t>文類</w:t>
            </w:r>
          </w:p>
        </w:tc>
        <w:tc>
          <w:tcPr>
            <w:tcW w:w="8334" w:type="dx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1CC471A9" w14:textId="77777777" w:rsidR="00D8286A" w:rsidRDefault="00D8286A"/>
        </w:tc>
      </w:tr>
      <w:tr w:rsidR="00D8286A" w14:paraId="3D2B8D3E" w14:textId="77777777">
        <w:trPr>
          <w:cantSplit/>
          <w:trHeight w:val="5783"/>
          <w:jc w:val="center"/>
        </w:trPr>
        <w:tc>
          <w:tcPr>
            <w:tcW w:w="1701" w:type="dxa"/>
            <w:shd w:val="clear" w:color="auto" w:fill="D9EAF7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09E53FAE" w14:textId="77777777" w:rsidR="00D8286A" w:rsidRDefault="00D64677">
            <w:pPr>
              <w:jc w:val="center"/>
            </w:pPr>
            <w:r>
              <w:rPr>
                <w:b/>
                <w:color w:val="244062"/>
              </w:rPr>
              <w:t>內容構思</w:t>
            </w:r>
          </w:p>
        </w:tc>
        <w:tc>
          <w:tcPr>
            <w:tcW w:w="8334" w:type="dx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3AC89C93" w14:textId="77777777" w:rsidR="00D8286A" w:rsidRDefault="00D8286A"/>
        </w:tc>
      </w:tr>
      <w:tr w:rsidR="00D8286A" w14:paraId="60796DCF" w14:textId="77777777">
        <w:trPr>
          <w:cantSplit/>
          <w:trHeight w:val="4535"/>
          <w:jc w:val="center"/>
        </w:trPr>
        <w:tc>
          <w:tcPr>
            <w:tcW w:w="1701" w:type="dxa"/>
            <w:shd w:val="clear" w:color="auto" w:fill="D9EAF7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4AD65532" w14:textId="77777777" w:rsidR="00D8286A" w:rsidRDefault="00D64677">
            <w:pPr>
              <w:jc w:val="center"/>
            </w:pPr>
            <w:r>
              <w:rPr>
                <w:b/>
                <w:color w:val="244062"/>
              </w:rPr>
              <w:t>反思</w:t>
            </w:r>
          </w:p>
        </w:tc>
        <w:tc>
          <w:tcPr>
            <w:tcW w:w="8334" w:type="dxa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1B8F388E" w14:textId="77777777" w:rsidR="00D8286A" w:rsidRDefault="00D8286A"/>
        </w:tc>
      </w:tr>
    </w:tbl>
    <w:p w14:paraId="2D769051" w14:textId="77777777" w:rsidR="004D0EAF" w:rsidRDefault="004D0EAF"/>
    <w:sectPr w:rsidR="004D0EAF" w:rsidSect="00034616">
      <w:pgSz w:w="11906" w:h="16838"/>
      <w:pgMar w:top="765" w:right="822" w:bottom="765" w:left="82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12909" w14:textId="77777777" w:rsidR="00D64677" w:rsidRDefault="00D64677" w:rsidP="004D1F10">
      <w:pPr>
        <w:spacing w:after="0" w:line="240" w:lineRule="auto"/>
      </w:pPr>
      <w:r>
        <w:separator/>
      </w:r>
    </w:p>
  </w:endnote>
  <w:endnote w:type="continuationSeparator" w:id="0">
    <w:p w14:paraId="1C736F2C" w14:textId="77777777" w:rsidR="00D64677" w:rsidRDefault="00D64677" w:rsidP="004D1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C55D7" w14:textId="77777777" w:rsidR="00D64677" w:rsidRDefault="00D64677" w:rsidP="004D1F10">
      <w:pPr>
        <w:spacing w:after="0" w:line="240" w:lineRule="auto"/>
      </w:pPr>
      <w:r>
        <w:separator/>
      </w:r>
    </w:p>
  </w:footnote>
  <w:footnote w:type="continuationSeparator" w:id="0">
    <w:p w14:paraId="63F8693A" w14:textId="77777777" w:rsidR="00D64677" w:rsidRDefault="00D64677" w:rsidP="004D1F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39190549">
    <w:abstractNumId w:val="8"/>
  </w:num>
  <w:num w:numId="2" w16cid:durableId="1443500422">
    <w:abstractNumId w:val="6"/>
  </w:num>
  <w:num w:numId="3" w16cid:durableId="710694328">
    <w:abstractNumId w:val="5"/>
  </w:num>
  <w:num w:numId="4" w16cid:durableId="1772704180">
    <w:abstractNumId w:val="4"/>
  </w:num>
  <w:num w:numId="5" w16cid:durableId="663818999">
    <w:abstractNumId w:val="7"/>
  </w:num>
  <w:num w:numId="6" w16cid:durableId="1837304450">
    <w:abstractNumId w:val="3"/>
  </w:num>
  <w:num w:numId="7" w16cid:durableId="1849980471">
    <w:abstractNumId w:val="2"/>
  </w:num>
  <w:num w:numId="8" w16cid:durableId="1466697358">
    <w:abstractNumId w:val="1"/>
  </w:num>
  <w:num w:numId="9" w16cid:durableId="252320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36092"/>
    <w:rsid w:val="003A687C"/>
    <w:rsid w:val="004D0EAF"/>
    <w:rsid w:val="004D1F10"/>
    <w:rsid w:val="00713583"/>
    <w:rsid w:val="007D1033"/>
    <w:rsid w:val="008447A1"/>
    <w:rsid w:val="00A27C40"/>
    <w:rsid w:val="00AA1D8D"/>
    <w:rsid w:val="00B143D1"/>
    <w:rsid w:val="00B47730"/>
    <w:rsid w:val="00B87076"/>
    <w:rsid w:val="00C057AF"/>
    <w:rsid w:val="00CA312F"/>
    <w:rsid w:val="00CB0664"/>
    <w:rsid w:val="00D038A1"/>
    <w:rsid w:val="00D64677"/>
    <w:rsid w:val="00D8286A"/>
    <w:rsid w:val="00D92AA2"/>
    <w:rsid w:val="00F64656"/>
    <w:rsid w:val="00FC5BA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9621343"/>
  <w14:defaultImageDpi w14:val="300"/>
  <w15:docId w15:val="{DC7B5568-EF67-424A-B823-FCC0EB285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Microsoft JhengHei" w:eastAsia="Microsoft JhengHei" w:hAnsi="Microsoft JhengHei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Wan</dc:creator>
  <cp:keywords/>
  <dc:description>generated by python-docx</dc:description>
  <cp:lastModifiedBy>Sarah Wan</cp:lastModifiedBy>
  <cp:revision>12</cp:revision>
  <cp:lastPrinted>2026-09-25T03:11:00Z</cp:lastPrinted>
  <dcterms:created xsi:type="dcterms:W3CDTF">2026-09-25T01:48:00Z</dcterms:created>
  <dcterms:modified xsi:type="dcterms:W3CDTF">2026-09-29T02:12:00Z</dcterms:modified>
  <cp:category/>
</cp:coreProperties>
</file>